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557457" w:rsidRDefault="00557457">
      <w:pPr>
        <w:spacing w:after="40"/>
        <w:rPr>
          <w:b/>
          <w:color w:val="E87722"/>
          <w:sz w:val="36"/>
        </w:rPr>
      </w:pPr>
    </w:p>
    <w:p w:rsidR="0011303C" w:rsidRDefault="00000000" w:rsidP="00557457">
      <w:pPr>
        <w:spacing w:after="40"/>
        <w:rPr>
          <w:b/>
          <w:color w:val="00843D"/>
          <w:sz w:val="21"/>
        </w:rPr>
      </w:pPr>
      <w:r w:rsidRPr="00557457">
        <w:rPr>
          <w:b/>
          <w:color w:val="00843D"/>
          <w:sz w:val="56"/>
          <w:szCs w:val="40"/>
        </w:rPr>
        <w:t>Love Where You</w:t>
      </w:r>
      <w:r w:rsidR="00557457">
        <w:rPr>
          <w:b/>
          <w:color w:val="00843D"/>
          <w:sz w:val="56"/>
          <w:szCs w:val="40"/>
        </w:rPr>
        <w:br/>
      </w:r>
      <w:r w:rsidRPr="00557457">
        <w:rPr>
          <w:b/>
          <w:color w:val="00843D"/>
          <w:sz w:val="56"/>
          <w:szCs w:val="40"/>
        </w:rPr>
        <w:t>Live</w:t>
      </w:r>
      <w:r w:rsidR="00557457" w:rsidRPr="00557457">
        <w:rPr>
          <w:b/>
          <w:color w:val="00843D"/>
          <w:sz w:val="56"/>
          <w:szCs w:val="40"/>
        </w:rPr>
        <w:t xml:space="preserve"> Fund</w:t>
      </w:r>
      <w:r w:rsidRPr="00557457">
        <w:rPr>
          <w:b/>
          <w:color w:val="00843D"/>
          <w:sz w:val="56"/>
          <w:szCs w:val="40"/>
        </w:rPr>
        <w:t xml:space="preserve"> (LWYL)</w:t>
      </w:r>
      <w:r w:rsidR="00557457">
        <w:rPr>
          <w:b/>
          <w:color w:val="00843D"/>
          <w:sz w:val="21"/>
        </w:rPr>
        <w:br/>
      </w:r>
      <w:r>
        <w:rPr>
          <w:b/>
          <w:color w:val="00843D"/>
          <w:sz w:val="21"/>
        </w:rPr>
        <w:t xml:space="preserve">Small </w:t>
      </w:r>
      <w:r w:rsidR="003F43D5">
        <w:rPr>
          <w:b/>
          <w:color w:val="00843D"/>
          <w:sz w:val="21"/>
        </w:rPr>
        <w:t>g</w:t>
      </w:r>
      <w:r>
        <w:rPr>
          <w:b/>
          <w:color w:val="00843D"/>
          <w:sz w:val="21"/>
        </w:rPr>
        <w:t>rants</w:t>
      </w:r>
      <w:r w:rsidR="00557457">
        <w:rPr>
          <w:b/>
          <w:color w:val="00843D"/>
          <w:sz w:val="21"/>
        </w:rPr>
        <w:t xml:space="preserve"> up to £1,500</w:t>
      </w:r>
      <w:r>
        <w:rPr>
          <w:b/>
          <w:color w:val="00843D"/>
          <w:sz w:val="21"/>
        </w:rPr>
        <w:t xml:space="preserve"> - </w:t>
      </w:r>
      <w:r w:rsidRPr="0019735B">
        <w:rPr>
          <w:b/>
          <w:color w:val="E67309" w:themeColor="accent2"/>
          <w:sz w:val="21"/>
        </w:rPr>
        <w:t xml:space="preserve">External </w:t>
      </w:r>
      <w:proofErr w:type="spellStart"/>
      <w:r w:rsidR="003F43D5">
        <w:rPr>
          <w:b/>
          <w:color w:val="E67309" w:themeColor="accent2"/>
          <w:sz w:val="21"/>
        </w:rPr>
        <w:t>o</w:t>
      </w:r>
      <w:r w:rsidRPr="0019735B">
        <w:rPr>
          <w:b/>
          <w:color w:val="E67309" w:themeColor="accent2"/>
          <w:sz w:val="21"/>
        </w:rPr>
        <w:t>rganisations</w:t>
      </w:r>
      <w:proofErr w:type="spellEnd"/>
    </w:p>
    <w:p w:rsidR="00557457" w:rsidRPr="00557457" w:rsidRDefault="00557457" w:rsidP="00557457">
      <w:pPr>
        <w:spacing w:after="40"/>
        <w:rPr>
          <w:sz w:val="24"/>
          <w:szCs w:val="32"/>
        </w:rPr>
      </w:pPr>
    </w:p>
    <w:p w:rsidR="0011303C" w:rsidRDefault="00000000">
      <w:pPr>
        <w:spacing w:after="140"/>
      </w:pPr>
      <w:r>
        <w:rPr>
          <w:sz w:val="19"/>
        </w:rPr>
        <w:t>This form is for external organisations, community groups, or individuals applying for up to £1,500 to deliver projects or activities for the benefit of Notting Hill Genesis (NHG) residents.</w:t>
      </w:r>
    </w:p>
    <w:p w:rsidR="0011303C" w:rsidRDefault="00000000">
      <w:pPr>
        <w:spacing w:after="80"/>
      </w:pPr>
      <w:r>
        <w:rPr>
          <w:b/>
          <w:sz w:val="19"/>
        </w:rPr>
        <w:t>Before applying, please note:</w:t>
      </w:r>
    </w:p>
    <w:p w:rsidR="0011303C" w:rsidRDefault="00000000">
      <w:pPr>
        <w:pStyle w:val="ListBullet"/>
        <w:spacing w:after="40"/>
        <w:ind w:left="369" w:hanging="142"/>
      </w:pPr>
      <w:r>
        <w:rPr>
          <w:sz w:val="18"/>
        </w:rPr>
        <w:t>This form is for external delivery only.</w:t>
      </w:r>
    </w:p>
    <w:p w:rsidR="0011303C" w:rsidRDefault="00000000">
      <w:pPr>
        <w:pStyle w:val="ListBullet"/>
        <w:spacing w:after="40"/>
        <w:ind w:left="369" w:hanging="142"/>
      </w:pPr>
      <w:r>
        <w:rPr>
          <w:sz w:val="18"/>
        </w:rPr>
        <w:t>NHG staff-led projects must use the Internal Small Grants form.</w:t>
      </w:r>
    </w:p>
    <w:p w:rsidR="0011303C" w:rsidRDefault="00000000">
      <w:pPr>
        <w:pStyle w:val="ListBullet"/>
        <w:spacing w:after="40"/>
        <w:ind w:left="369" w:hanging="142"/>
      </w:pPr>
      <w:r>
        <w:rPr>
          <w:sz w:val="18"/>
        </w:rPr>
        <w:t>Projects must be delivered as described in your application.</w:t>
      </w:r>
    </w:p>
    <w:p w:rsidR="0011303C" w:rsidRDefault="00000000">
      <w:pPr>
        <w:pStyle w:val="ListBullet"/>
        <w:spacing w:after="40"/>
        <w:ind w:left="369" w:hanging="142"/>
      </w:pPr>
      <w:r>
        <w:rPr>
          <w:sz w:val="18"/>
        </w:rPr>
        <w:t>Any material changes (participants, age range, scale, or costs) must be agreed with NHG in advance.</w:t>
      </w:r>
    </w:p>
    <w:p w:rsidR="0011303C" w:rsidRDefault="00000000">
      <w:pPr>
        <w:spacing w:before="100" w:after="40"/>
      </w:pPr>
      <w:r>
        <w:rPr>
          <w:b/>
          <w:sz w:val="18"/>
        </w:rPr>
        <w:t>*Eligibility reminder</w:t>
      </w:r>
    </w:p>
    <w:p w:rsidR="0011303C" w:rsidRDefault="00000000">
      <w:pPr>
        <w:spacing w:after="60"/>
      </w:pPr>
      <w:r>
        <w:rPr>
          <w:sz w:val="18"/>
        </w:rPr>
        <w:t>NHG staff members, and any businesses or organisations owned, managed, or controlled by NHG staff, are not eligible to apply as external organisations.</w:t>
      </w:r>
    </w:p>
    <w:p w:rsidR="0011303C" w:rsidRDefault="00000000">
      <w:pPr>
        <w:spacing w:after="20"/>
      </w:pPr>
      <w:r>
        <w:rPr>
          <w:sz w:val="18"/>
        </w:rPr>
        <w:t>If you are unsure whether this form is right for you or have any questions, please contact lwylf@nhg.org.uk before submitting an application.</w:t>
      </w:r>
    </w:p>
    <w:p w:rsidR="0011303C" w:rsidRDefault="00000000">
      <w:pPr>
        <w:spacing w:after="140"/>
      </w:pPr>
      <w:r>
        <w:rPr>
          <w:i/>
          <w:color w:val="666666"/>
          <w:sz w:val="17"/>
        </w:rPr>
        <w:t>Date last updated: April 2026</w:t>
      </w:r>
    </w:p>
    <w:tbl>
      <w:tblPr>
        <w:tblW w:w="5000" w:type="pct"/>
        <w:tblLook w:val="04A0" w:firstRow="1" w:lastRow="0" w:firstColumn="1" w:lastColumn="0" w:noHBand="0" w:noVBand="1"/>
      </w:tblPr>
      <w:tblGrid>
        <w:gridCol w:w="9846"/>
      </w:tblGrid>
      <w:tr w:rsidR="0011303C">
        <w:tc>
          <w:tcPr>
            <w:tcW w:w="9866" w:type="dxa"/>
            <w:tcBorders>
              <w:top w:val="single" w:sz="8" w:space="0" w:color="E9B892"/>
              <w:left w:val="single" w:sz="8" w:space="0" w:color="E9B892"/>
              <w:bottom w:val="single" w:sz="8" w:space="0" w:color="E9B892"/>
              <w:right w:val="single" w:sz="8" w:space="0" w:color="E9B892"/>
            </w:tcBorders>
            <w:shd w:val="clear" w:color="auto" w:fill="FFF7F1"/>
            <w:tcMar>
              <w:top w:w="100" w:type="dxa"/>
              <w:left w:w="120" w:type="dxa"/>
              <w:bottom w:w="100" w:type="dxa"/>
              <w:right w:w="120" w:type="dxa"/>
            </w:tcMar>
          </w:tcPr>
          <w:p w:rsidR="0011303C" w:rsidRDefault="00000000">
            <w:r>
              <w:rPr>
                <w:b/>
                <w:color w:val="E87722"/>
                <w:sz w:val="18"/>
              </w:rPr>
              <w:t xml:space="preserve">How to complete this Word form: </w:t>
            </w:r>
            <w:r>
              <w:rPr>
                <w:sz w:val="18"/>
              </w:rPr>
              <w:t>click or tap the light-grey fields to type, use the drop-downs for single-choice questions, and select checkboxes where more than one option may apply.</w:t>
            </w:r>
          </w:p>
        </w:tc>
      </w:tr>
    </w:tbl>
    <w:p w:rsidR="0011303C" w:rsidRDefault="0011303C">
      <w:pPr>
        <w:spacing w:after="0"/>
      </w:pPr>
    </w:p>
    <w:p w:rsidR="0011303C" w:rsidRDefault="00000000">
      <w:pPr>
        <w:pStyle w:val="Question"/>
        <w:keepNext/>
        <w:keepLines/>
        <w:spacing w:before="120" w:after="60"/>
      </w:pPr>
      <w:r>
        <w:t>Applicant. Name</w:t>
      </w:r>
      <w:r>
        <w:rPr>
          <w:color w:val="E87722"/>
        </w:rPr>
        <w:t xml:space="preserve"> *</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APPLICANT_NAME"/>
                <w:tag w:val="APPLICANT_NAME"/>
                <w:id w:val="22542429"/>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Heading1"/>
        <w:spacing w:before="280" w:after="140"/>
      </w:pPr>
      <w:r>
        <w:rPr>
          <w:rFonts w:ascii="Arial" w:hAnsi="Arial"/>
          <w:color w:val="00843D"/>
          <w:sz w:val="32"/>
        </w:rPr>
        <w:t>Section One: Organisation Details</w:t>
      </w:r>
    </w:p>
    <w:p w:rsidR="0011303C" w:rsidRDefault="00000000">
      <w:pPr>
        <w:pStyle w:val="Question"/>
        <w:keepNext/>
        <w:keepLines/>
        <w:spacing w:before="120" w:after="60"/>
      </w:pPr>
      <w:r>
        <w:t>1. Name of organisation / group</w:t>
      </w:r>
      <w:r>
        <w:rPr>
          <w:color w:val="E87722"/>
        </w:rPr>
        <w:t xml:space="preserve"> *</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1_ORGANISATION_NAME"/>
                <w:tag w:val="Q1_ORGANISATION_NAME"/>
                <w:id w:val="1150825416"/>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2. Legal status (select one)</w:t>
      </w:r>
      <w:r>
        <w:rPr>
          <w:color w:val="E87722"/>
        </w:rPr>
        <w:t xml:space="preserve"> *</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10" w:type="dxa"/>
              <w:left w:w="140" w:type="dxa"/>
              <w:bottom w:w="110" w:type="dxa"/>
              <w:right w:w="140" w:type="dxa"/>
            </w:tcMar>
          </w:tcPr>
          <w:p w:rsidR="0011303C" w:rsidRDefault="00000000">
            <w:pPr>
              <w:spacing w:after="0"/>
            </w:pPr>
            <w:sdt>
              <w:sdtPr>
                <w:alias w:val="Q2_LEGAL_STATUS"/>
                <w:tag w:val="Q2_LEGAL_STATUS"/>
                <w:id w:val="1467301143"/>
                <w:showingPlcHdr/>
                <w:dropDownList>
                  <w:listItem w:displayText="Select an option" w:value=""/>
                  <w:listItem w:displayText="Registered Charity" w:value="Registered Charity"/>
                  <w:listItem w:displayText="Community Interest Company (CIC)" w:value="Community Interest Company (CIC)"/>
                  <w:listItem w:displayText="Company Limited by Guarantee" w:value="Company Limited by Guarantee"/>
                  <w:listItem w:displayText="Unincorporated Community / Voluntary Group" w:value="Unincorporated Community / Voluntary Group"/>
                  <w:listItem w:displayText="Tenant &amp; Residents Association" w:value="Tenant &amp; Residents Association"/>
                  <w:listItem w:displayText="Sole trader / self-employed individual" w:value="Sole trader / self-employed individual"/>
                  <w:listItem w:displayText="Other (please specify)" w:value="Other (please specify)"/>
                </w:dropDownList>
              </w:sdtPr>
              <w:sdtContent>
                <w:r>
                  <w:rPr>
                    <w:color w:val="777777"/>
                    <w:sz w:val="21"/>
                    <w:szCs w:val="21"/>
                  </w:rPr>
                  <w:t>Select an option</w:t>
                </w:r>
              </w:sdtContent>
            </w:sdt>
          </w:p>
        </w:tc>
      </w:tr>
    </w:tbl>
    <w:p w:rsidR="0011303C" w:rsidRDefault="00000000">
      <w:pPr>
        <w:pStyle w:val="Question"/>
        <w:keepNext/>
        <w:keepLines/>
        <w:spacing w:before="120" w:after="60"/>
      </w:pPr>
      <w:r>
        <w:t>2a. If Other, please specify</w:t>
      </w:r>
      <w:r>
        <w:rPr>
          <w:color w:val="E87722"/>
        </w:rPr>
        <w:t xml:space="preserve"/>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2a_LEGAL_STATUS_OTHER"/>
                <w:tag w:val="Q2a_LEGAL_STATUS_OTHER"/>
                <w:id w:val="1900000001"/>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3. Brief description of your organisation or activity</w:t>
      </w:r>
      <w:r>
        <w:rPr>
          <w:color w:val="E87722"/>
        </w:rPr>
        <w:t xml:space="preserve"> *</w:t>
      </w:r>
    </w:p>
    <w:tbl>
      <w:tblPr>
        <w:tblW w:w="5000" w:type="pct"/>
        <w:tblLook w:val="04A0" w:firstRow="1" w:lastRow="0" w:firstColumn="1" w:lastColumn="0" w:noHBand="0" w:noVBand="1"/>
      </w:tblPr>
      <w:tblGrid>
        <w:gridCol w:w="9846"/>
      </w:tblGrid>
      <w:tr w:rsidR="0011303C">
        <w:trPr>
          <w:trHeight w:val="1191"/>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3_ORGANISATION_DESCRIPTION"/>
                <w:tag w:val="Q3_ORGANISATION_DESCRIPTION"/>
                <w:id w:val="669521133"/>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lastRenderedPageBreak/>
        <w:t>4. Organisation address</w:t>
      </w:r>
      <w:r>
        <w:rPr>
          <w:color w:val="E87722"/>
        </w:rPr>
        <w:t xml:space="preserve"> *</w:t>
      </w:r>
    </w:p>
    <w:tbl>
      <w:tblPr>
        <w:tblW w:w="5000" w:type="pct"/>
        <w:tblLook w:val="04A0" w:firstRow="1" w:lastRow="0" w:firstColumn="1" w:lastColumn="0" w:noHBand="0" w:noVBand="1"/>
      </w:tblPr>
      <w:tblGrid>
        <w:gridCol w:w="9846"/>
      </w:tblGrid>
      <w:tr w:rsidR="0011303C">
        <w:trPr>
          <w:trHeight w:val="935"/>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4_ORGANISATION_ADDRESS"/>
                <w:tag w:val="Q4_ORGANISATION_ADDRESS"/>
                <w:id w:val="1161060067"/>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5. Website or social media (if applicable)</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5_WEBSITE_SOCIAL"/>
                <w:tag w:val="Q5_WEBSITE_SOCIAL"/>
                <w:id w:val="890316945"/>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6. Year established (if applicable)</w:t>
      </w:r>
      <w:r>
        <w:rPr>
          <w:color w:val="E87722"/>
        </w:rPr>
        <w:t xml:space="preserve"> *</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6_YEAR_ESTABLISHED"/>
                <w:tag w:val="Q6_YEAR_ESTABLISHED"/>
                <w:id w:val="1095424136"/>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Heading1"/>
        <w:spacing w:before="280" w:after="140"/>
      </w:pPr>
      <w:r>
        <w:rPr>
          <w:rFonts w:ascii="Arial" w:hAnsi="Arial"/>
          <w:color w:val="00843D"/>
          <w:sz w:val="32"/>
        </w:rPr>
        <w:t>Section 2 - Project Overview</w:t>
      </w:r>
    </w:p>
    <w:p w:rsidR="0011303C" w:rsidRDefault="00000000">
      <w:pPr>
        <w:pStyle w:val="Question"/>
        <w:keepNext/>
        <w:keepLines/>
        <w:spacing w:before="120" w:after="60"/>
      </w:pPr>
      <w:r>
        <w:t>7. Project title</w:t>
      </w:r>
      <w:r>
        <w:rPr>
          <w:color w:val="E87722"/>
        </w:rPr>
        <w:t xml:space="preserve"> *</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7_PROJECT_TITLE"/>
                <w:tag w:val="Q7_PROJECT_TITLE"/>
                <w:id w:val="1566494105"/>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8. Funding themes: Which funding themes does your project meet? Tick all that apply. *</w:t>
      </w:r>
      <w:r>
        <w:rPr>
          <w:color w:val="E87722"/>
        </w:rPr>
        <w:t xml:space="preserve"/>
      </w:r>
    </w:p>
    <w:tbl>
      <w:tblPr>
        <w:tblW w:w="0" w:type="auto"/>
        <w:tblLayout w:type="fixed"/>
        <w:tblLook w:val="04A0" w:firstRow="1" w:lastRow="0" w:firstColumn="1" w:lastColumn="0" w:noHBand="0" w:noVBand="1"/>
      </w:tblPr>
      <w:tblGrid>
        <w:gridCol w:w="369"/>
        <w:gridCol w:w="9477"/>
      </w:tblGrid>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Financial resilience"/>
                <w:tag w:val="Q8_FUNDING_THEME_1"/>
                <w:id w:val="1900000006"/>
                <w14:checkbox>
                  <w14:checked w14:val="0"/>
                  <w14:checkedState w14:val="2612" w14:font="Arial Unicode MS"/>
                  <w14:uncheckedState w14:val="2610" w14:font="Arial Unicode MS"/>
                </w14:checkbox>
              </w:sdtPr>
              <w:sdtContent>
                <w:r>
                  <w:rPr>
                    <w:sz w:val="23"/>
                    <w:szCs w:val="23"/>
                  </w:rPr>
                  <w:t>☐</w:t>
                </w:r>
              </w:sdtContent>
            </w:sdt>
          </w:p>
        </w:tc>
        <w:tc>
          <w:tcPr>
            <w:tcW w:w="9477"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Financial resilience</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Health and wellbeing"/>
                <w:tag w:val="Q8_FUNDING_THEME_2"/>
                <w:id w:val="1900000007"/>
                <w14:checkbox>
                  <w14:checked w14:val="0"/>
                  <w14:checkedState w14:val="2612" w14:font="Arial Unicode MS"/>
                  <w14:uncheckedState w14:val="2610" w14:font="Arial Unicode MS"/>
                </w14:checkbox>
              </w:sdtPr>
              <w:sdtContent>
                <w:r>
                  <w:rPr>
                    <w:sz w:val="23"/>
                    <w:szCs w:val="23"/>
                  </w:rPr>
                  <w:t>☐</w:t>
                </w:r>
              </w:sdtContent>
            </w:sdt>
          </w:p>
        </w:tc>
        <w:tc>
          <w:tcPr>
            <w:tcW w:w="9477"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Health and wellbeing</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Safety / reducing ASB and building community cohesion"/>
                <w:tag w:val="Q8_FUNDING_THEME_3"/>
                <w:id w:val="1900000008"/>
                <w14:checkbox>
                  <w14:checked w14:val="0"/>
                  <w14:checkedState w14:val="2612" w14:font="Arial Unicode MS"/>
                  <w14:uncheckedState w14:val="2610" w14:font="Arial Unicode MS"/>
                </w14:checkbox>
              </w:sdtPr>
              <w:sdtContent>
                <w:r>
                  <w:rPr>
                    <w:sz w:val="23"/>
                    <w:szCs w:val="23"/>
                  </w:rPr>
                  <w:t>☐</w:t>
                </w:r>
              </w:sdtContent>
            </w:sdt>
          </w:p>
        </w:tc>
        <w:tc>
          <w:tcPr>
            <w:tcW w:w="9477"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Safety / reducing ASB and building community cohesion</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Enhancing our places"/>
                <w:tag w:val="Q8_FUNDING_THEME_4"/>
                <w:id w:val="1900000009"/>
                <w14:checkbox>
                  <w14:checked w14:val="0"/>
                  <w14:checkedState w14:val="2612" w14:font="Arial Unicode MS"/>
                  <w14:uncheckedState w14:val="2610" w14:font="Arial Unicode MS"/>
                </w14:checkbox>
              </w:sdtPr>
              <w:sdtContent>
                <w:r>
                  <w:rPr>
                    <w:sz w:val="23"/>
                    <w:szCs w:val="23"/>
                  </w:rPr>
                  <w:t>☐</w:t>
                </w:r>
              </w:sdtContent>
            </w:sdt>
          </w:p>
        </w:tc>
        <w:tc>
          <w:tcPr>
            <w:tcW w:w="9477"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Enhancing our places</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Skills, Learning &amp; Employment"/>
                <w:tag w:val="Q8_FUNDING_THEME_5"/>
                <w:id w:val="1900000010"/>
                <w14:checkbox>
                  <w14:checked w14:val="0"/>
                  <w14:checkedState w14:val="2612" w14:font="Arial Unicode MS"/>
                  <w14:uncheckedState w14:val="2610" w14:font="Arial Unicode MS"/>
                </w14:checkbox>
              </w:sdtPr>
              <w:sdtContent>
                <w:r>
                  <w:rPr>
                    <w:sz w:val="23"/>
                    <w:szCs w:val="23"/>
                  </w:rPr>
                  <w:t>☐</w:t>
                </w:r>
              </w:sdtContent>
            </w:sdt>
          </w:p>
        </w:tc>
        <w:tc>
          <w:tcPr>
            <w:tcW w:w="9477"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Skills, Learning &amp; Employment</w:t>
            </w:r>
          </w:p>
        </w:tc>
      </w:tr>
    </w:tbl>
    <w:p w:rsidR="0011303C" w:rsidRDefault="0011303C">
      <w:pPr>
        <w:spacing w:after="0"/>
      </w:pPr>
    </w:p>
    <w:p w:rsidR="0011303C" w:rsidRDefault="00000000">
      <w:pPr>
        <w:pStyle w:val="Question"/>
        <w:keepNext/>
        <w:keepLines/>
        <w:spacing w:before="120" w:after="60"/>
      </w:pPr>
      <w:r>
        <w:t>9. Priority group - All NHG residents will be able to access projects however please indicate if the project will be specifically delivering to any of the following groups (tick all that apply):</w:t>
      </w:r>
      <w:r>
        <w:rPr>
          <w:color w:val="E87722"/>
        </w:rPr>
        <w:t xml:space="preserve"> *</w:t>
      </w:r>
    </w:p>
    <w:tbl>
      <w:tblPr>
        <w:tblW w:w="0" w:type="auto"/>
        <w:tblLayout w:type="fixed"/>
        <w:tblLook w:val="04A0" w:firstRow="1" w:lastRow="0" w:firstColumn="1" w:lastColumn="0" w:noHBand="0" w:noVBand="1"/>
      </w:tblPr>
      <w:tblGrid>
        <w:gridCol w:w="369"/>
        <w:gridCol w:w="4224"/>
        <w:gridCol w:w="369"/>
        <w:gridCol w:w="4224"/>
      </w:tblGrid>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All Residents"/>
                <w:tag w:val="Q9_PRIORITY_1"/>
                <w:id w:val="504593660"/>
                <w14:checkbox>
                  <w14:checked w14:val="0"/>
                  <w14:checkedState w14:val="2612" w14:font="Arial Unicode MS"/>
                  <w14:uncheckedState w14:val="2610" w14:font="Arial Unicode MS"/>
                </w14:checkbox>
              </w:sdtPr>
              <w:sdtContent>
                <w:r>
                  <w:rPr>
                    <w:sz w:val="23"/>
                    <w:szCs w:val="23"/>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All Residents</w:t>
            </w:r>
          </w:p>
        </w:tc>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Youth (10-18 years)"/>
                <w:tag w:val="Q9_PRIORITY_7"/>
                <w:id w:val="1961534311"/>
                <w14:checkbox>
                  <w14:checked w14:val="0"/>
                  <w14:checkedState w14:val="2612" w14:font="Arial Unicode MS"/>
                  <w14:uncheckedState w14:val="2610" w14:font="Arial Unicode MS"/>
                </w14:checkbox>
              </w:sdtPr>
              <w:sdtContent>
                <w:r>
                  <w:rPr>
                    <w:sz w:val="23"/>
                    <w:szCs w:val="23"/>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Youth (10-18 years)</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Lone parents"/>
                <w:tag w:val="Q9_PRIORITY_2"/>
                <w:id w:val="625587679"/>
                <w14:checkbox>
                  <w14:checked w14:val="0"/>
                  <w14:checkedState w14:val="2612" w14:font="Arial Unicode MS"/>
                  <w14:uncheckedState w14:val="2610" w14:font="Arial Unicode MS"/>
                </w14:checkbox>
              </w:sdtPr>
              <w:sdtContent>
                <w:r>
                  <w:rPr>
                    <w:sz w:val="23"/>
                    <w:szCs w:val="23"/>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Lone parents</w:t>
            </w:r>
          </w:p>
        </w:tc>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Women"/>
                <w:tag w:val="Q9_PRIORITY_8"/>
                <w:id w:val="1681943667"/>
                <w14:checkbox>
                  <w14:checked w14:val="0"/>
                  <w14:checkedState w14:val="2612" w14:font="Arial Unicode MS"/>
                  <w14:uncheckedState w14:val="2610" w14:font="Arial Unicode MS"/>
                </w14:checkbox>
              </w:sdtPr>
              <w:sdtContent>
                <w:r>
                  <w:rPr>
                    <w:sz w:val="23"/>
                    <w:szCs w:val="23"/>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Women</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Long term unemployed (12+ months)"/>
                <w:tag w:val="Q9_PRIORITY_3"/>
                <w:id w:val="1457717821"/>
                <w14:checkbox>
                  <w14:checked w14:val="0"/>
                  <w14:checkedState w14:val="2612" w14:font="Arial Unicode MS"/>
                  <w14:uncheckedState w14:val="2610" w14:font="Arial Unicode MS"/>
                </w14:checkbox>
              </w:sdtPr>
              <w:sdtContent>
                <w:r>
                  <w:rPr>
                    <w:sz w:val="23"/>
                    <w:szCs w:val="23"/>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Long term unemployed (12+ months)</w:t>
            </w:r>
          </w:p>
        </w:tc>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Men"/>
                <w:tag w:val="Q9_PRIORITY_9"/>
                <w:id w:val="1254012359"/>
                <w14:checkbox>
                  <w14:checked w14:val="0"/>
                  <w14:checkedState w14:val="2612" w14:font="Arial Unicode MS"/>
                  <w14:uncheckedState w14:val="2610" w14:font="Arial Unicode MS"/>
                </w14:checkbox>
              </w:sdtPr>
              <w:sdtContent>
                <w:r>
                  <w:rPr>
                    <w:sz w:val="23"/>
                    <w:szCs w:val="23"/>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Men</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Residents with a limiting illness/disability"/>
                <w:tag w:val="Q9_PRIORITY_4"/>
                <w:id w:val="1827859806"/>
                <w14:checkbox>
                  <w14:checked w14:val="0"/>
                  <w14:checkedState w14:val="2612" w14:font="Arial Unicode MS"/>
                  <w14:uncheckedState w14:val="2610" w14:font="Arial Unicode MS"/>
                </w14:checkbox>
              </w:sdtPr>
              <w:sdtContent>
                <w:r>
                  <w:rPr>
                    <w:sz w:val="23"/>
                    <w:szCs w:val="23"/>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Residents with a limiting illness/disability</w:t>
            </w:r>
          </w:p>
        </w:tc>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Residents belonging to a BAME Community"/>
                <w:tag w:val="Q9_PRIORITY_10"/>
                <w:id w:val="1380390203"/>
                <w14:checkbox>
                  <w14:checked w14:val="0"/>
                  <w14:checkedState w14:val="2612" w14:font="Arial Unicode MS"/>
                  <w14:uncheckedState w14:val="2610" w14:font="Arial Unicode MS"/>
                </w14:checkbox>
              </w:sdtPr>
              <w:sdtContent>
                <w:r>
                  <w:rPr>
                    <w:sz w:val="23"/>
                    <w:szCs w:val="23"/>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Residents belonging to a BAME Community</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Residents over 50"/>
                <w:tag w:val="Q9_PRIORITY_5"/>
                <w:id w:val="2516365"/>
                <w14:checkbox>
                  <w14:checked w14:val="0"/>
                  <w14:checkedState w14:val="2612" w14:font="Arial Unicode MS"/>
                  <w14:uncheckedState w14:val="2610" w14:font="Arial Unicode MS"/>
                </w14:checkbox>
              </w:sdtPr>
              <w:sdtContent>
                <w:r>
                  <w:rPr>
                    <w:sz w:val="23"/>
                    <w:szCs w:val="23"/>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Residents over 50</w:t>
            </w:r>
          </w:p>
        </w:tc>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A specific ethnic group or background (please specify)"/>
                <w:tag w:val="Q9_PRIORITY_11"/>
                <w:id w:val="1194626268"/>
                <w14:checkbox>
                  <w14:checked w14:val="0"/>
                  <w14:checkedState w14:val="2612" w14:font="Arial Unicode MS"/>
                  <w14:uncheckedState w14:val="2610" w14:font="Arial Unicode MS"/>
                </w14:checkbox>
              </w:sdtPr>
              <w:sdtContent>
                <w:r>
                  <w:rPr>
                    <w:sz w:val="23"/>
                    <w:szCs w:val="23"/>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A specific ethnic group or background (please specify)</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Children and young families"/>
                <w:tag w:val="Q9_PRIORITY_6"/>
                <w:id w:val="1806001416"/>
                <w14:checkbox>
                  <w14:checked w14:val="0"/>
                  <w14:checkedState w14:val="2612" w14:font="Arial Unicode MS"/>
                  <w14:uncheckedState w14:val="2610" w14:font="Arial Unicode MS"/>
                </w14:checkbox>
              </w:sdtPr>
              <w:sdtContent>
                <w:r w:rsidR="00315D14">
                  <w:rPr>
                    <w:rFonts w:ascii="Arial Unicode MS" w:eastAsia="Arial Unicode MS" w:hAnsi="Arial Unicode MS" w:cs="Arial Unicode MS" w:hint="eastAsia"/>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Children and young families</w:t>
            </w:r>
          </w:p>
        </w:tc>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Other"/>
                <w:tag w:val="Q9_PRIORITY_12"/>
                <w:id w:val="1679387167"/>
                <w14:checkbox>
                  <w14:checked w14:val="0"/>
                  <w14:checkedState w14:val="2612" w14:font="Arial Unicode MS"/>
                  <w14:uncheckedState w14:val="2610" w14:font="Arial Unicode MS"/>
                </w14:checkbox>
              </w:sdtPr>
              <w:sdtContent>
                <w:r>
                  <w:rPr>
                    <w:sz w:val="23"/>
                    <w:szCs w:val="23"/>
                  </w:rPr>
                  <w:t>☐</w:t>
                </w:r>
              </w:sdtContent>
            </w:sdt>
          </w:p>
        </w:tc>
        <w:tc>
          <w:tcPr>
            <w:tcW w:w="422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Other</w:t>
            </w:r>
          </w:p>
        </w:tc>
      </w:tr>
    </w:tbl>
    <w:p w:rsidR="0011303C" w:rsidRDefault="00000000">
      <w:pPr>
        <w:pStyle w:val="Question"/>
        <w:keepNext/>
        <w:keepLines/>
        <w:spacing w:before="120" w:after="60"/>
      </w:pPr>
      <w:r>
        <w:t>9a. If you selected a specific ethnic group/background or Other, please specify</w:t>
      </w:r>
      <w:r>
        <w:rPr>
          <w:color w:val="E87722"/>
        </w:rPr>
        <w:t xml:space="preserve"/>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9a_PRIORITY_OTHER"/>
                <w:tag w:val="Q9a_PRIORITY_OTHER"/>
                <w:id w:val="1900000002"/>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10. How many residents do you expect to engage?</w:t>
      </w:r>
      <w:r>
        <w:rPr>
          <w:color w:val="E87722"/>
        </w:rPr>
        <w:t xml:space="preserve"> *</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10_EXPECTED_RESIDENTS"/>
                <w:tag w:val="Q10_EXPECTED_RESIDENTS"/>
                <w:id w:val="1786648976"/>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11. Project delivery location (address)</w:t>
      </w:r>
      <w:r>
        <w:rPr>
          <w:color w:val="E87722"/>
        </w:rPr>
        <w:t xml:space="preserve"> *</w:t>
      </w:r>
    </w:p>
    <w:tbl>
      <w:tblPr>
        <w:tblW w:w="5000" w:type="pct"/>
        <w:tblLook w:val="04A0" w:firstRow="1" w:lastRow="0" w:firstColumn="1" w:lastColumn="0" w:noHBand="0" w:noVBand="1"/>
      </w:tblPr>
      <w:tblGrid>
        <w:gridCol w:w="9846"/>
      </w:tblGrid>
      <w:tr w:rsidR="0011303C">
        <w:trPr>
          <w:trHeight w:val="1191"/>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11_PROJECT_LOCATION"/>
                <w:tag w:val="Q11_PROJECT_LOCATION"/>
                <w:id w:val="14862389"/>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lastRenderedPageBreak/>
        <w:t>12. Borough (location of project)</w:t>
      </w:r>
      <w:r>
        <w:rPr>
          <w:color w:val="E87722"/>
        </w:rPr>
        <w:t xml:space="preserve"> *</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10" w:type="dxa"/>
              <w:left w:w="140" w:type="dxa"/>
              <w:bottom w:w="110" w:type="dxa"/>
              <w:right w:w="140" w:type="dxa"/>
            </w:tcMar>
          </w:tcPr>
          <w:p w:rsidR="0011303C" w:rsidRDefault="00000000">
            <w:pPr>
              <w:spacing w:after="0"/>
            </w:pPr>
            <w:sdt>
              <w:sdtPr>
                <w:alias w:val="Q12_BOROUGH"/>
                <w:tag w:val="Q12_BOROUGH"/>
                <w:id w:val="181991120"/>
                <w:showingPlcHdr/>
                <w:dropDownList>
                  <w:listItem w:displayText="Select an option" w:value=""/>
                  <w:listItem w:displayText="Hammersmith And Fulham" w:value="Hammersmith And Fulham"/>
                  <w:listItem w:displayText="Brent" w:value="Brent"/>
                  <w:listItem w:displayText="Newham" w:value="Newham"/>
                  <w:listItem w:displayText="Kensington And Chelsea" w:value="Kensington And Chelsea"/>
                  <w:listItem w:displayText="Barnet" w:value="Barnet"/>
                  <w:listItem w:displayText="Lambeth" w:value="Lambeth"/>
                  <w:listItem w:displayText="Westminster" w:value="Westminster"/>
                  <w:listItem w:displayText="Ealing" w:value="Ealing"/>
                  <w:listItem w:displayText="Hounslow" w:value="Hounslow"/>
                  <w:listItem w:displayText="Tower Hamlets" w:value="Tower Hamlets"/>
                  <w:listItem w:displayText="Southwark" w:value="Southwark"/>
                  <w:listItem w:displayText="Hackney" w:value="Hackney"/>
                  <w:listItem w:displayText="Camden" w:value="Camden"/>
                  <w:listItem w:displayText="Barking And Dagenham" w:value="Barking And Dagenham"/>
                  <w:listItem w:displayText="Enfield" w:value="Enfield"/>
                  <w:listItem w:displayText="Croydon" w:value="Croydon"/>
                  <w:listItem w:displayText="Wandsworth" w:value="Wandsworth"/>
                  <w:listItem w:displayText="Haringey" w:value="Haringey"/>
                  <w:listItem w:displayText="Hillingdon" w:value="Hillingdon"/>
                  <w:listItem w:displayText="Chelmsford" w:value="Chelmsford"/>
                  <w:listItem w:displayText="Harrow" w:value="Harrow"/>
                  <w:listItem w:displayText="Rochford Borough" w:value="Rochford Borough"/>
                  <w:listItem w:displayText="Islington" w:value="Islington"/>
                  <w:listItem w:displayText="Greenwich" w:value="Greenwich"/>
                  <w:listItem w:displayText="Merton" w:value="Merton"/>
                  <w:listItem w:displayText="Southend-On-Sea Borough" w:value="Southend-On-Sea Borough"/>
                  <w:listItem w:displayText="Lewisham" w:value="Lewisham"/>
                  <w:listItem w:displayText="Havering" w:value="Havering"/>
                  <w:listItem w:displayText="Redbridge" w:value="Redbridge"/>
                  <w:listItem w:displayText="Basildon" w:value="Basildon"/>
                  <w:listItem w:displayText="Hertsmere" w:value="Hertsmere"/>
                  <w:listItem w:displayText="Ipswich Borough" w:value="Ipswich Borough"/>
                  <w:listItem w:displayText="Colchester Borough" w:value="Colchester Borough"/>
                  <w:listItem w:displayText="Waltham Forest" w:value="Waltham Forest"/>
                  <w:listItem w:displayText="Epping Forest" w:value="Epping Forest"/>
                  <w:listItem w:displayText="Stevenage" w:value="Stevenage"/>
                  <w:listItem w:displayText="Harlow" w:value="Harlow"/>
                  <w:listItem w:displayText="Bexley" w:value="Bexley"/>
                  <w:listItem w:displayText="Richmond Upon Thames" w:value="Richmond Upon Thames"/>
                  <w:listItem w:displayText="Bedford" w:value="Bedford"/>
                  <w:listItem w:displayText="East Hertfordshire" w:value="East Hertfordshire"/>
                  <w:listItem w:displayText="Milton Keynes" w:value="Milton Keynes"/>
                  <w:listItem w:displayText="Buckinghamshire" w:value="Buckinghamshire"/>
                  <w:listItem w:displayText="Brentwood Borough" w:value="Brentwood Borough"/>
                  <w:listItem w:displayText="Other" w:value="Other"/>
                </w:dropDownList>
              </w:sdtPr>
              <w:sdtContent>
                <w:r>
                  <w:rPr>
                    <w:color w:val="777777"/>
                    <w:sz w:val="21"/>
                    <w:szCs w:val="21"/>
                  </w:rPr>
                  <w:t>Select an option</w:t>
                </w:r>
              </w:sdtContent>
            </w:sdt>
          </w:p>
        </w:tc>
      </w:tr>
    </w:tbl>
    <w:p w:rsidR="0011303C" w:rsidRDefault="00000000">
      <w:pPr>
        <w:pStyle w:val="Question"/>
        <w:keepNext/>
        <w:keepLines/>
        <w:spacing w:before="120" w:after="60"/>
      </w:pPr>
      <w:r>
        <w:t>12a. If Other, please specify</w:t>
      </w:r>
      <w:r>
        <w:rPr>
          <w:color w:val="E87722"/>
        </w:rPr>
        <w:t xml:space="preserve"/>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12a_BOROUGH_OTHER"/>
                <w:tag w:val="Q12a_BOROUGH_OTHER"/>
                <w:id w:val="1900000003"/>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Heading1"/>
        <w:spacing w:before="280" w:after="140"/>
      </w:pPr>
      <w:r>
        <w:rPr>
          <w:rFonts w:ascii="Arial" w:hAnsi="Arial"/>
          <w:color w:val="00843D"/>
          <w:sz w:val="32"/>
        </w:rPr>
        <w:t>Section 3: Project Description</w:t>
      </w:r>
    </w:p>
    <w:p w:rsidR="0011303C" w:rsidRDefault="00000000">
      <w:pPr>
        <w:pStyle w:val="Question"/>
        <w:keepNext/>
        <w:keepLines/>
        <w:spacing w:before="120" w:after="60"/>
      </w:pPr>
      <w:r>
        <w:t>13. Describe the project or activity?</w:t>
      </w:r>
      <w:r>
        <w:rPr>
          <w:color w:val="E87722"/>
        </w:rPr>
        <w:t xml:space="preserve"> *</w:t>
      </w:r>
    </w:p>
    <w:tbl>
      <w:tblPr>
        <w:tblW w:w="5000" w:type="pct"/>
        <w:tblLook w:val="04A0" w:firstRow="1" w:lastRow="0" w:firstColumn="1" w:lastColumn="0" w:noHBand="0" w:noVBand="1"/>
      </w:tblPr>
      <w:tblGrid>
        <w:gridCol w:w="9846"/>
      </w:tblGrid>
      <w:tr w:rsidR="0011303C">
        <w:trPr>
          <w:trHeight w:val="1701"/>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13_PROJECT_DESCRIPTION"/>
                <w:tag w:val="Q13_PROJECT_DESCRIPTION"/>
                <w:id w:val="26594921"/>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14. Evidence of Need: Why is this project needed? What issue, gap, or opportunity does this address for residents.</w:t>
      </w:r>
      <w:r>
        <w:rPr>
          <w:color w:val="E87722"/>
        </w:rPr>
        <w:t xml:space="preserve"> *</w:t>
      </w:r>
    </w:p>
    <w:tbl>
      <w:tblPr>
        <w:tblW w:w="5000" w:type="pct"/>
        <w:tblLook w:val="04A0" w:firstRow="1" w:lastRow="0" w:firstColumn="1" w:lastColumn="0" w:noHBand="0" w:noVBand="1"/>
      </w:tblPr>
      <w:tblGrid>
        <w:gridCol w:w="9846"/>
      </w:tblGrid>
      <w:tr w:rsidR="0011303C">
        <w:trPr>
          <w:trHeight w:val="1701"/>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14_EVIDENCE_OF_NEED"/>
                <w:tag w:val="Q14_EVIDENCE_OF_NEED"/>
                <w:id w:val="289131890"/>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15. When will the project take place?</w:t>
      </w:r>
      <w:r>
        <w:rPr>
          <w:color w:val="E87722"/>
        </w:rPr>
        <w:t xml:space="preserve"> *</w:t>
      </w:r>
    </w:p>
    <w:p w:rsidR="0011303C" w:rsidRDefault="00000000">
      <w:pPr>
        <w:keepNext/>
        <w:keepLines/>
        <w:spacing w:after="80"/>
        <w:ind w:left="57"/>
      </w:pPr>
      <w:r>
        <w:rPr>
          <w:i/>
          <w:color w:val="666666"/>
          <w:sz w:val="18"/>
        </w:rPr>
        <w:t>Please include start and end dates where possible.</w:t>
      </w:r>
    </w:p>
    <w:tbl>
      <w:tblPr>
        <w:tblW w:w="5000" w:type="pct"/>
        <w:tblLook w:val="04A0" w:firstRow="1" w:lastRow="0" w:firstColumn="1" w:lastColumn="0" w:noHBand="0" w:noVBand="1"/>
      </w:tblPr>
      <w:tblGrid>
        <w:gridCol w:w="9846"/>
      </w:tblGrid>
      <w:tr w:rsidR="0011303C">
        <w:trPr>
          <w:trHeight w:val="935"/>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15_PROJECT_DATES"/>
                <w:tag w:val="Q15_PROJECT_DATES"/>
                <w:id w:val="906043369"/>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16. How will it contribute to the celebration of diversity and communities of different backgrounds and experiences?</w:t>
      </w:r>
    </w:p>
    <w:tbl>
      <w:tblPr>
        <w:tblW w:w="5000" w:type="pct"/>
        <w:tblLook w:val="04A0" w:firstRow="1" w:lastRow="0" w:firstColumn="1" w:lastColumn="0" w:noHBand="0" w:noVBand="1"/>
      </w:tblPr>
      <w:tblGrid>
        <w:gridCol w:w="9846"/>
      </w:tblGrid>
      <w:tr w:rsidR="0011303C">
        <w:trPr>
          <w:trHeight w:val="1701"/>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16_DIVERSITY"/>
                <w:tag w:val="Q16_DIVERSITY"/>
                <w:id w:val="1671465054"/>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Heading1"/>
        <w:spacing w:before="280" w:after="140"/>
      </w:pPr>
      <w:r>
        <w:rPr>
          <w:rFonts w:ascii="Arial" w:hAnsi="Arial"/>
          <w:color w:val="00843D"/>
          <w:sz w:val="32"/>
        </w:rPr>
        <w:lastRenderedPageBreak/>
        <w:t>Section 4 - Delivery &amp; Outcomes</w:t>
      </w:r>
    </w:p>
    <w:p w:rsidR="0011303C" w:rsidRDefault="00000000">
      <w:pPr>
        <w:pStyle w:val="Question"/>
        <w:keepNext/>
        <w:keepLines/>
        <w:spacing w:before="120" w:after="60"/>
      </w:pPr>
      <w:r>
        <w:t>17. How will the project be delivered?</w:t>
      </w:r>
      <w:r>
        <w:rPr>
          <w:color w:val="E87722"/>
        </w:rPr>
        <w:t xml:space="preserve"> *</w:t>
      </w:r>
    </w:p>
    <w:p w:rsidR="0011303C" w:rsidRDefault="00000000">
      <w:pPr>
        <w:keepNext/>
        <w:keepLines/>
        <w:spacing w:after="80"/>
        <w:ind w:left="57"/>
      </w:pPr>
      <w:r>
        <w:rPr>
          <w:i/>
          <w:color w:val="666666"/>
          <w:sz w:val="18"/>
        </w:rPr>
        <w:t>Who will be involved, how activities will be run, and any partners or suppliers.</w:t>
      </w:r>
    </w:p>
    <w:tbl>
      <w:tblPr>
        <w:tblW w:w="5000" w:type="pct"/>
        <w:tblLook w:val="04A0" w:firstRow="1" w:lastRow="0" w:firstColumn="1" w:lastColumn="0" w:noHBand="0" w:noVBand="1"/>
      </w:tblPr>
      <w:tblGrid>
        <w:gridCol w:w="9846"/>
      </w:tblGrid>
      <w:tr w:rsidR="0011303C">
        <w:trPr>
          <w:trHeight w:val="1701"/>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17_DELIVERY"/>
                <w:tag w:val="Q17_DELIVERY"/>
                <w:id w:val="627845952"/>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18. Are there any risks to delivering this project?</w:t>
      </w:r>
    </w:p>
    <w:p w:rsidR="0011303C" w:rsidRDefault="00000000">
      <w:pPr>
        <w:keepNext/>
        <w:keepLines/>
        <w:spacing w:after="80"/>
        <w:ind w:left="57"/>
      </w:pPr>
      <w:r>
        <w:rPr>
          <w:i/>
          <w:color w:val="666666"/>
          <w:sz w:val="18"/>
        </w:rPr>
        <w:t>If yes, briefly explain how you will manage them.</w:t>
      </w:r>
    </w:p>
    <w:tbl>
      <w:tblPr>
        <w:tblW w:w="5000" w:type="pct"/>
        <w:tblLook w:val="04A0" w:firstRow="1" w:lastRow="0" w:firstColumn="1" w:lastColumn="0" w:noHBand="0" w:noVBand="1"/>
      </w:tblPr>
      <w:tblGrid>
        <w:gridCol w:w="9846"/>
      </w:tblGrid>
      <w:tr w:rsidR="0011303C">
        <w:trPr>
          <w:trHeight w:val="1446"/>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18_RISKS"/>
                <w:tag w:val="Q18_RISKS"/>
                <w:id w:val="1826228848"/>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19. How will you promote the project to NHG residents and local community?</w:t>
      </w:r>
      <w:r>
        <w:rPr>
          <w:color w:val="E87722"/>
        </w:rPr>
        <w:t xml:space="preserve"> *</w:t>
      </w:r>
    </w:p>
    <w:p w:rsidR="0011303C" w:rsidRDefault="00000000">
      <w:pPr>
        <w:keepNext/>
        <w:keepLines/>
        <w:spacing w:after="80"/>
        <w:ind w:left="57"/>
      </w:pPr>
      <w:r>
        <w:rPr>
          <w:i/>
          <w:color w:val="666666"/>
          <w:sz w:val="18"/>
        </w:rPr>
        <w:t>Discuss with sponsor.</w:t>
      </w:r>
    </w:p>
    <w:tbl>
      <w:tblPr>
        <w:tblW w:w="5000" w:type="pct"/>
        <w:tblLook w:val="04A0" w:firstRow="1" w:lastRow="0" w:firstColumn="1" w:lastColumn="0" w:noHBand="0" w:noVBand="1"/>
      </w:tblPr>
      <w:tblGrid>
        <w:gridCol w:w="9846"/>
      </w:tblGrid>
      <w:tr w:rsidR="0011303C">
        <w:trPr>
          <w:trHeight w:val="1446"/>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19_PROMOTION"/>
                <w:tag w:val="Q19_PROMOTION"/>
                <w:id w:val="471987329"/>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20. How will you know if the project has been successful?</w:t>
      </w:r>
      <w:r>
        <w:rPr>
          <w:color w:val="E87722"/>
        </w:rPr>
        <w:t xml:space="preserve"> *</w:t>
      </w:r>
    </w:p>
    <w:p w:rsidR="0011303C" w:rsidRDefault="00000000">
      <w:pPr>
        <w:keepNext/>
        <w:keepLines/>
        <w:spacing w:after="80"/>
        <w:ind w:left="57"/>
      </w:pPr>
      <w:r>
        <w:rPr>
          <w:i/>
          <w:color w:val="666666"/>
          <w:sz w:val="18"/>
        </w:rPr>
        <w:t>Example: attendance numbers, feedback, resident engagement, outcomes.</w:t>
      </w:r>
    </w:p>
    <w:tbl>
      <w:tblPr>
        <w:tblW w:w="5000" w:type="pct"/>
        <w:tblLook w:val="04A0" w:firstRow="1" w:lastRow="0" w:firstColumn="1" w:lastColumn="0" w:noHBand="0" w:noVBand="1"/>
      </w:tblPr>
      <w:tblGrid>
        <w:gridCol w:w="9846"/>
      </w:tblGrid>
      <w:tr w:rsidR="0011303C">
        <w:trPr>
          <w:trHeight w:val="1701"/>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20_SUCCESS"/>
                <w:tag w:val="Q20_SUCCESS"/>
                <w:id w:val="1662821845"/>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Heading1"/>
        <w:spacing w:before="280" w:after="140"/>
      </w:pPr>
      <w:r>
        <w:rPr>
          <w:rFonts w:ascii="Arial" w:hAnsi="Arial"/>
          <w:color w:val="00843D"/>
          <w:sz w:val="32"/>
        </w:rPr>
        <w:t>Section 5 - FINANCE</w:t>
      </w:r>
    </w:p>
    <w:p w:rsidR="0011303C" w:rsidRDefault="00000000">
      <w:pPr>
        <w:spacing w:after="160"/>
      </w:pPr>
      <w:r>
        <w:rPr>
          <w:i/>
          <w:color w:val="E87722"/>
          <w:sz w:val="18"/>
        </w:rPr>
        <w:t>Receipts need to be submitted for all purchases</w:t>
      </w:r>
    </w:p>
    <w:p w:rsidR="0011303C" w:rsidRDefault="00000000">
      <w:pPr>
        <w:pStyle w:val="Question"/>
        <w:keepNext/>
        <w:keepLines/>
        <w:spacing w:before="120" w:after="60"/>
      </w:pPr>
      <w:r>
        <w:t>21. Total cost of the project (£)</w:t>
      </w:r>
      <w:r>
        <w:rPr>
          <w:color w:val="E87722"/>
        </w:rPr>
        <w:t xml:space="preserve"> *</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21_TOTAL_COST"/>
                <w:tag w:val="Q21_TOTAL_COST"/>
                <w:id w:val="737282879"/>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lastRenderedPageBreak/>
        <w:t>22. Amount requested from LWYLF (£)</w:t>
      </w:r>
      <w:r>
        <w:rPr>
          <w:color w:val="E87722"/>
        </w:rPr>
        <w:t xml:space="preserve"> *</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22_AMOUNT_REQUESTED"/>
                <w:tag w:val="Q22_AMOUNT_REQUESTED"/>
                <w:id w:val="1424337431"/>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23. Will the project receive any additional support or resources (cash or in-kind)? If yes, please state below</w:t>
      </w:r>
    </w:p>
    <w:tbl>
      <w:tblPr>
        <w:tblW w:w="5000" w:type="pct"/>
        <w:tblLook w:val="04A0" w:firstRow="1" w:lastRow="0" w:firstColumn="1" w:lastColumn="0" w:noHBand="0" w:noVBand="1"/>
      </w:tblPr>
      <w:tblGrid>
        <w:gridCol w:w="9846"/>
      </w:tblGrid>
      <w:tr w:rsidR="0011303C">
        <w:trPr>
          <w:trHeight w:val="1191"/>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23_ADDITIONAL_SUPPORT"/>
                <w:tag w:val="Q23_ADDITIONAL_SUPPORT"/>
                <w:id w:val="1429993365"/>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Question"/>
        <w:keepNext/>
        <w:keepLines/>
        <w:spacing w:before="120" w:after="60"/>
      </w:pPr>
      <w:r>
        <w:t>24. Brief breakdown of costs.</w:t>
      </w:r>
      <w:r>
        <w:rPr>
          <w:color w:val="E87722"/>
        </w:rPr>
        <w:t xml:space="preserve"> *</w:t>
      </w:r>
    </w:p>
    <w:p w:rsidR="0011303C" w:rsidRDefault="00000000">
      <w:pPr>
        <w:keepNext/>
        <w:keepLines/>
        <w:spacing w:after="80"/>
        <w:ind w:left="57"/>
      </w:pPr>
      <w:r>
        <w:rPr>
          <w:i/>
          <w:color w:val="666666"/>
          <w:sz w:val="18"/>
        </w:rPr>
        <w:t>Please list the main costs the funding will cover (for example: refreshments £150, materials £250, facilitator £600).</w:t>
      </w:r>
    </w:p>
    <w:tbl>
      <w:tblPr>
        <w:tblW w:w="5000" w:type="pct"/>
        <w:tblLook w:val="04A0" w:firstRow="1" w:lastRow="0" w:firstColumn="1" w:lastColumn="0" w:noHBand="0" w:noVBand="1"/>
      </w:tblPr>
      <w:tblGrid>
        <w:gridCol w:w="9846"/>
      </w:tblGrid>
      <w:tr w:rsidR="0011303C">
        <w:trPr>
          <w:trHeight w:val="1701"/>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24_COST_BREAKDOWN"/>
                <w:tag w:val="Q24_COST_BREAKDOWN"/>
                <w:id w:val="423625212"/>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Heading1"/>
        <w:spacing w:before="280" w:after="140"/>
      </w:pPr>
      <w:r>
        <w:rPr>
          <w:rFonts w:ascii="Arial" w:hAnsi="Arial"/>
          <w:color w:val="00843D"/>
          <w:sz w:val="32"/>
        </w:rPr>
        <w:t>Section 6 - Governance &amp; Conflict of Interest</w:t>
      </w:r>
    </w:p>
    <w:p w:rsidR="0011303C" w:rsidRDefault="00000000">
      <w:pPr>
        <w:pStyle w:val="Question"/>
        <w:keepNext/>
        <w:keepLines/>
        <w:spacing w:before="120" w:after="60"/>
      </w:pPr>
      <w:r>
        <w:t>25. Are your organisation’s most recent financial accounts up to date and submitted to the relevant regulatory body (if applicable)?</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10" w:type="dxa"/>
              <w:left w:w="140" w:type="dxa"/>
              <w:bottom w:w="110" w:type="dxa"/>
              <w:right w:w="140" w:type="dxa"/>
            </w:tcMar>
          </w:tcPr>
          <w:p w:rsidR="0011303C" w:rsidRDefault="00000000">
            <w:pPr>
              <w:spacing w:after="0"/>
            </w:pPr>
            <w:sdt>
              <w:sdtPr>
                <w:alias w:val="Q25_ACCOUNTS"/>
                <w:tag w:val="Q25_ACCOUNTS"/>
                <w:id w:val="300500723"/>
                <w:showingPlcHdr/>
                <w:dropDownList>
                  <w:listItem w:displayText="Select an option" w:value=""/>
                  <w:listItem w:displayText="Yes" w:value="Yes"/>
                  <w:listItem w:displayText="No (If “No”, internal review may be required.)" w:value="No (If “No”, internal review may be required.)"/>
                  <w:listItem w:displayText="Not Applicable (new group/organisation)" w:value="Not Applicable (new group/organisation)"/>
                </w:dropDownList>
              </w:sdtPr>
              <w:sdtContent>
                <w:r>
                  <w:rPr>
                    <w:color w:val="777777"/>
                    <w:sz w:val="21"/>
                    <w:szCs w:val="21"/>
                  </w:rPr>
                  <w:t>Select an option</w:t>
                </w:r>
              </w:sdtContent>
            </w:sdt>
          </w:p>
        </w:tc>
      </w:tr>
    </w:tbl>
    <w:p w:rsidR="0011303C" w:rsidRDefault="0011303C">
      <w:pPr>
        <w:spacing w:after="0"/>
      </w:pPr>
    </w:p>
    <w:p w:rsidR="0011303C" w:rsidRDefault="00000000">
      <w:pPr>
        <w:pStyle w:val="Question"/>
        <w:keepNext/>
        <w:keepLines/>
        <w:spacing w:before="120" w:after="60"/>
      </w:pPr>
      <w:r>
        <w:t>26. Please confirm which of the following documents your organisation has in place and can provide if your application is successful:</w:t>
      </w:r>
      <w:r>
        <w:rPr>
          <w:color w:val="E87722"/>
        </w:rPr>
        <w:t xml:space="preserve"> *</w:t>
      </w:r>
    </w:p>
    <w:tbl>
      <w:tblPr>
        <w:tblW w:w="0" w:type="auto"/>
        <w:tblLayout w:type="fixed"/>
        <w:tblLook w:val="04A0" w:firstRow="1" w:lastRow="0" w:firstColumn="1" w:lastColumn="0" w:noHBand="0" w:noVBand="1"/>
      </w:tblPr>
      <w:tblGrid>
        <w:gridCol w:w="369"/>
        <w:gridCol w:w="4554"/>
        <w:gridCol w:w="369"/>
        <w:gridCol w:w="4554"/>
      </w:tblGrid>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Equalities / diversity policy"/>
                <w:tag w:val="Q26_DOCUMENTS_1"/>
                <w:id w:val="331782067"/>
                <w14:checkbox>
                  <w14:checked w14:val="0"/>
                  <w14:checkedState w14:val="2612" w14:font="Arial Unicode MS"/>
                  <w14:uncheckedState w14:val="2610" w14:font="Arial Unicode MS"/>
                </w14:checkbox>
              </w:sdtPr>
              <w:sdtContent>
                <w:r>
                  <w:rPr>
                    <w:sz w:val="23"/>
                    <w:szCs w:val="23"/>
                  </w:rPr>
                  <w:t>☐</w:t>
                </w:r>
              </w:sdtContent>
            </w:sdt>
          </w:p>
        </w:tc>
        <w:tc>
          <w:tcPr>
            <w:tcW w:w="455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Equalities / diversity policy</w:t>
            </w:r>
          </w:p>
        </w:tc>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GDPR / data protection policy"/>
                <w:tag w:val="Q26_DOCUMENTS_5"/>
                <w:id w:val="591019649"/>
                <w14:checkbox>
                  <w14:checked w14:val="0"/>
                  <w14:checkedState w14:val="2612" w14:font="Arial Unicode MS"/>
                  <w14:uncheckedState w14:val="2610" w14:font="Arial Unicode MS"/>
                </w14:checkbox>
              </w:sdtPr>
              <w:sdtContent>
                <w:r>
                  <w:rPr>
                    <w:sz w:val="23"/>
                    <w:szCs w:val="23"/>
                  </w:rPr>
                  <w:t>☐</w:t>
                </w:r>
              </w:sdtContent>
            </w:sdt>
          </w:p>
        </w:tc>
        <w:tc>
          <w:tcPr>
            <w:tcW w:w="455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GDPR / data protection policy</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Safeguarding policy"/>
                <w:tag w:val="Q26_DOCUMENTS_2"/>
                <w:id w:val="387330325"/>
                <w14:checkbox>
                  <w14:checked w14:val="0"/>
                  <w14:checkedState w14:val="2612" w14:font="Arial Unicode MS"/>
                  <w14:uncheckedState w14:val="2610" w14:font="Arial Unicode MS"/>
                </w14:checkbox>
              </w:sdtPr>
              <w:sdtContent>
                <w:r>
                  <w:rPr>
                    <w:sz w:val="23"/>
                    <w:szCs w:val="23"/>
                  </w:rPr>
                  <w:t>☐</w:t>
                </w:r>
              </w:sdtContent>
            </w:sdt>
          </w:p>
        </w:tc>
        <w:tc>
          <w:tcPr>
            <w:tcW w:w="455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Safeguarding policy</w:t>
            </w:r>
          </w:p>
        </w:tc>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Annual accounts"/>
                <w:tag w:val="Q26_DOCUMENTS_6"/>
                <w:id w:val="651198497"/>
                <w14:checkbox>
                  <w14:checked w14:val="0"/>
                  <w14:checkedState w14:val="2612" w14:font="Arial Unicode MS"/>
                  <w14:uncheckedState w14:val="2610" w14:font="Arial Unicode MS"/>
                </w14:checkbox>
              </w:sdtPr>
              <w:sdtContent>
                <w:r>
                  <w:rPr>
                    <w:sz w:val="23"/>
                    <w:szCs w:val="23"/>
                  </w:rPr>
                  <w:t>☐</w:t>
                </w:r>
              </w:sdtContent>
            </w:sdt>
          </w:p>
        </w:tc>
        <w:tc>
          <w:tcPr>
            <w:tcW w:w="455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Annual accounts</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Public liability insurance"/>
                <w:tag w:val="Q26_DOCUMENTS_3"/>
                <w:id w:val="1158577207"/>
                <w14:checkbox>
                  <w14:checked w14:val="0"/>
                  <w14:checkedState w14:val="2612" w14:font="Arial Unicode MS"/>
                  <w14:uncheckedState w14:val="2610" w14:font="Arial Unicode MS"/>
                </w14:checkbox>
              </w:sdtPr>
              <w:sdtContent>
                <w:r>
                  <w:rPr>
                    <w:sz w:val="23"/>
                    <w:szCs w:val="23"/>
                  </w:rPr>
                  <w:t>☐</w:t>
                </w:r>
              </w:sdtContent>
            </w:sdt>
          </w:p>
        </w:tc>
        <w:tc>
          <w:tcPr>
            <w:tcW w:w="455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Public liability insurance</w:t>
            </w:r>
          </w:p>
        </w:tc>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Other"/>
                <w:tag w:val="Q26_DOCUMENTS_7"/>
                <w:id w:val="1650927997"/>
                <w14:checkbox>
                  <w14:checked w14:val="0"/>
                  <w14:checkedState w14:val="2612" w14:font="Arial Unicode MS"/>
                  <w14:uncheckedState w14:val="2610" w14:font="Arial Unicode MS"/>
                </w14:checkbox>
              </w:sdtPr>
              <w:sdtContent>
                <w:r>
                  <w:rPr>
                    <w:sz w:val="23"/>
                    <w:szCs w:val="23"/>
                  </w:rPr>
                  <w:t>☐</w:t>
                </w:r>
              </w:sdtContent>
            </w:sdt>
          </w:p>
        </w:tc>
        <w:tc>
          <w:tcPr>
            <w:tcW w:w="455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Other</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DBS checks (where applicable)"/>
                <w:tag w:val="Q26_DOCUMENTS_4"/>
                <w:id w:val="833144097"/>
                <w14:checkbox>
                  <w14:checked w14:val="0"/>
                  <w14:checkedState w14:val="2612" w14:font="Arial Unicode MS"/>
                  <w14:uncheckedState w14:val="2610" w14:font="Arial Unicode MS"/>
                </w14:checkbox>
              </w:sdtPr>
              <w:sdtContent>
                <w:r>
                  <w:rPr>
                    <w:sz w:val="23"/>
                    <w:szCs w:val="23"/>
                  </w:rPr>
                  <w:t>☐</w:t>
                </w:r>
              </w:sdtContent>
            </w:sdt>
          </w:p>
        </w:tc>
        <w:tc>
          <w:tcPr>
            <w:tcW w:w="4554"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DBS checks (where applicable)</w:t>
            </w:r>
          </w:p>
        </w:tc>
        <w:tc>
          <w:tcPr>
            <w:tcW w:w="369" w:type="dxa"/>
            <w:tcBorders>
              <w:top w:val="nil"/>
              <w:left w:val="nil"/>
              <w:bottom w:val="nil"/>
              <w:right w:val="nil"/>
            </w:tcBorders>
          </w:tcPr>
          <w:p w:rsidR="0011303C" w:rsidRDefault="0011303C"/>
        </w:tc>
        <w:tc>
          <w:tcPr>
            <w:tcW w:w="4554" w:type="dxa"/>
            <w:tcBorders>
              <w:top w:val="nil"/>
              <w:left w:val="nil"/>
              <w:bottom w:val="nil"/>
              <w:right w:val="nil"/>
            </w:tcBorders>
          </w:tcPr>
          <w:p w:rsidR="0011303C" w:rsidRDefault="0011303C"/>
        </w:tc>
      </w:tr>
    </w:tbl>
    <w:p w:rsidR="0011303C" w:rsidRDefault="00000000">
      <w:pPr>
        <w:pStyle w:val="Question"/>
        <w:keepNext/>
        <w:keepLines/>
        <w:spacing w:before="120" w:after="60"/>
      </w:pPr>
      <w:r>
        <w:t>26a. If Other, please specify</w:t>
      </w:r>
      <w:r>
        <w:rPr>
          <w:color w:val="E87722"/>
        </w:rPr>
        <w:t xml:space="preserve"/>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26a_DOCUMENTS_OTHER"/>
                <w:tag w:val="Q26a_DOCUMENTS_OTHER"/>
                <w:id w:val="1900000004"/>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Heading1"/>
        <w:spacing w:before="280" w:after="140"/>
      </w:pPr>
      <w:r>
        <w:rPr>
          <w:rFonts w:ascii="Arial" w:hAnsi="Arial"/>
          <w:color w:val="00843D"/>
          <w:sz w:val="32"/>
        </w:rPr>
        <w:t>Section 7: Monitoring &amp; Evidence</w:t>
      </w:r>
    </w:p>
    <w:p w:rsidR="0011303C" w:rsidRDefault="00000000">
      <w:pPr>
        <w:pStyle w:val="Question"/>
        <w:keepNext/>
        <w:keepLines/>
        <w:spacing w:before="120" w:after="60"/>
      </w:pPr>
      <w:r>
        <w:t>27. If your application is successful, please confirm which of the following evidence you will be able to provide after the project is completed:</w:t>
      </w:r>
      <w:r>
        <w:rPr>
          <w:color w:val="E87722"/>
        </w:rPr>
        <w:t xml:space="preserve"> *</w:t>
      </w:r>
    </w:p>
    <w:p w:rsidR="0011303C" w:rsidRDefault="00000000">
      <w:pPr>
        <w:keepNext/>
        <w:keepLines/>
        <w:spacing w:after="80"/>
        <w:ind w:left="57"/>
      </w:pPr>
      <w:r>
        <w:rPr>
          <w:i/>
          <w:color w:val="666666"/>
          <w:sz w:val="18"/>
        </w:rPr>
        <w:t>Select all that apply - Required</w:t>
      </w:r>
    </w:p>
    <w:tbl>
      <w:tblPr>
        <w:tblW w:w="0" w:type="auto"/>
        <w:tblLayout w:type="fixed"/>
        <w:tblLook w:val="04A0" w:firstRow="1" w:lastRow="0" w:firstColumn="1" w:lastColumn="0" w:noHBand="0" w:noVBand="1"/>
      </w:tblPr>
      <w:tblGrid>
        <w:gridCol w:w="369"/>
        <w:gridCol w:w="8816"/>
      </w:tblGrid>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Copies of receipts for all project expenditure"/>
                <w:tag w:val="Q27_EVIDENCE_1"/>
                <w:id w:val="740779875"/>
                <w14:checkbox>
                  <w14:checked w14:val="0"/>
                  <w14:checkedState w14:val="2612" w14:font="Arial Unicode MS"/>
                  <w14:uncheckedState w14:val="2610" w14:font="Arial Unicode MS"/>
                </w14:checkbox>
              </w:sdtPr>
              <w:sdtContent>
                <w:r>
                  <w:rPr>
                    <w:sz w:val="23"/>
                    <w:szCs w:val="23"/>
                  </w:rPr>
                  <w:t>☐</w:t>
                </w:r>
              </w:sdtContent>
            </w:sdt>
          </w:p>
        </w:tc>
        <w:tc>
          <w:tcPr>
            <w:tcW w:w="8816"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Copies of receipts for all project expenditure</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Photos of the activity (where appropriate)"/>
                <w:tag w:val="Q27_EVIDENCE_2"/>
                <w:id w:val="1948263843"/>
                <w14:checkbox>
                  <w14:checked w14:val="0"/>
                  <w14:checkedState w14:val="2612" w14:font="Arial Unicode MS"/>
                  <w14:uncheckedState w14:val="2610" w14:font="Arial Unicode MS"/>
                </w14:checkbox>
              </w:sdtPr>
              <w:sdtContent>
                <w:r>
                  <w:rPr>
                    <w:sz w:val="23"/>
                    <w:szCs w:val="23"/>
                  </w:rPr>
                  <w:t>☐</w:t>
                </w:r>
              </w:sdtContent>
            </w:sdt>
          </w:p>
        </w:tc>
        <w:tc>
          <w:tcPr>
            <w:tcW w:w="8816"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Photos of the activity (where appropriate)</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Attendance numbers or sign-in list"/>
                <w:tag w:val="Q27_EVIDENCE_3"/>
                <w:id w:val="1971482821"/>
                <w14:checkbox>
                  <w14:checked w14:val="0"/>
                  <w14:checkedState w14:val="2612" w14:font="Arial Unicode MS"/>
                  <w14:uncheckedState w14:val="2610" w14:font="Arial Unicode MS"/>
                </w14:checkbox>
              </w:sdtPr>
              <w:sdtContent>
                <w:r>
                  <w:rPr>
                    <w:sz w:val="23"/>
                    <w:szCs w:val="23"/>
                  </w:rPr>
                  <w:t>☐</w:t>
                </w:r>
              </w:sdtContent>
            </w:sdt>
          </w:p>
        </w:tc>
        <w:tc>
          <w:tcPr>
            <w:tcW w:w="8816"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Attendance numbers or sign-in list</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Short participant or resident feedback"/>
                <w:tag w:val="Q27_EVIDENCE_4"/>
                <w:id w:val="1609327897"/>
                <w14:checkbox>
                  <w14:checked w14:val="0"/>
                  <w14:checkedState w14:val="2612" w14:font="Arial Unicode MS"/>
                  <w14:uncheckedState w14:val="2610" w14:font="Arial Unicode MS"/>
                </w14:checkbox>
              </w:sdtPr>
              <w:sdtContent>
                <w:r>
                  <w:rPr>
                    <w:sz w:val="23"/>
                    <w:szCs w:val="23"/>
                  </w:rPr>
                  <w:t>☐</w:t>
                </w:r>
              </w:sdtContent>
            </w:sdt>
          </w:p>
        </w:tc>
        <w:tc>
          <w:tcPr>
            <w:tcW w:w="8816"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Short participant or resident feedback</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Brief written summary of project delivery"/>
                <w:tag w:val="Q27_EVIDENCE_5"/>
                <w:id w:val="1458931707"/>
                <w14:checkbox>
                  <w14:checked w14:val="0"/>
                  <w14:checkedState w14:val="2612" w14:font="Arial Unicode MS"/>
                  <w14:uncheckedState w14:val="2610" w14:font="Arial Unicode MS"/>
                </w14:checkbox>
              </w:sdtPr>
              <w:sdtContent>
                <w:r>
                  <w:rPr>
                    <w:sz w:val="23"/>
                    <w:szCs w:val="23"/>
                  </w:rPr>
                  <w:t>☐</w:t>
                </w:r>
              </w:sdtContent>
            </w:sdt>
          </w:p>
        </w:tc>
        <w:tc>
          <w:tcPr>
            <w:tcW w:w="8816"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Brief written summary of project delivery</w:t>
            </w:r>
          </w:p>
        </w:tc>
      </w:tr>
      <w:tr w:rsidR="0011303C">
        <w:trPr>
          <w:cantSplit/>
        </w:trPr>
        <w:tc>
          <w:tcPr>
            <w:tcW w:w="369" w:type="dxa"/>
            <w:tcBorders>
              <w:top w:val="nil"/>
              <w:left w:val="nil"/>
              <w:bottom w:val="nil"/>
              <w:right w:val="nil"/>
            </w:tcBorders>
            <w:tcMar>
              <w:top w:w="30" w:type="dxa"/>
              <w:left w:w="0" w:type="dxa"/>
              <w:bottom w:w="30" w:type="dxa"/>
              <w:right w:w="0" w:type="dxa"/>
            </w:tcMar>
          </w:tcPr>
          <w:p w:rsidR="0011303C" w:rsidRDefault="00000000">
            <w:pPr>
              <w:spacing w:after="0"/>
            </w:pPr>
            <w:sdt>
              <w:sdtPr>
                <w:alias w:val="Other"/>
                <w:tag w:val="Q27_EVIDENCE_6"/>
                <w:id w:val="666817267"/>
                <w14:checkbox>
                  <w14:checked w14:val="0"/>
                  <w14:checkedState w14:val="2612" w14:font="Arial Unicode MS"/>
                  <w14:uncheckedState w14:val="2610" w14:font="Arial Unicode MS"/>
                </w14:checkbox>
              </w:sdtPr>
              <w:sdtContent>
                <w:r>
                  <w:rPr>
                    <w:sz w:val="23"/>
                    <w:szCs w:val="23"/>
                  </w:rPr>
                  <w:t>☐</w:t>
                </w:r>
              </w:sdtContent>
            </w:sdt>
          </w:p>
        </w:tc>
        <w:tc>
          <w:tcPr>
            <w:tcW w:w="8816" w:type="dxa"/>
            <w:tcBorders>
              <w:top w:val="nil"/>
              <w:left w:val="nil"/>
              <w:bottom w:val="nil"/>
              <w:right w:val="nil"/>
            </w:tcBorders>
            <w:tcMar>
              <w:top w:w="30" w:type="dxa"/>
              <w:left w:w="0" w:type="dxa"/>
              <w:bottom w:w="30" w:type="dxa"/>
              <w:right w:w="60" w:type="dxa"/>
            </w:tcMar>
          </w:tcPr>
          <w:p w:rsidR="0011303C" w:rsidRDefault="00000000">
            <w:pPr>
              <w:spacing w:after="0"/>
            </w:pPr>
            <w:r>
              <w:rPr>
                <w:sz w:val="19"/>
              </w:rPr>
              <w:t>Other</w:t>
            </w:r>
          </w:p>
        </w:tc>
      </w:tr>
    </w:tbl>
    <w:p w:rsidR="0011303C" w:rsidRDefault="00000000">
      <w:pPr>
        <w:pStyle w:val="Question"/>
        <w:keepNext/>
        <w:keepLines/>
        <w:spacing w:before="120" w:after="60"/>
      </w:pPr>
      <w:r>
        <w:t>27a. If Other, please specify</w:t>
      </w:r>
      <w:r>
        <w:rPr>
          <w:color w:val="E87722"/>
        </w:rPr>
        <w:t xml:space="preserve"/>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27a_EVIDENCE_OTHER"/>
                <w:tag w:val="Q27a_EVIDENCE_OTHER"/>
                <w:id w:val="1900000005"/>
                <w:showingPlcHdr/>
                <w:text/>
              </w:sdtPr>
              <w:sdtContent>
                <w:r>
                  <w:rPr>
                    <w:color w:val="777777"/>
                    <w:sz w:val="21"/>
                    <w:szCs w:val="21"/>
                  </w:rPr>
                  <w:t>Click or tap here to enter text.</w:t>
                </w:r>
              </w:sdtContent>
            </w:sdt>
          </w:p>
        </w:tc>
      </w:tr>
    </w:tbl>
    <w:p w:rsidR="0011303C" w:rsidRDefault="0011303C">
      <w:pPr>
        <w:spacing w:after="0"/>
      </w:pPr>
    </w:p>
    <w:p w:rsidR="0011303C" w:rsidRDefault="00000000">
      <w:pPr>
        <w:pStyle w:val="Heading1"/>
        <w:spacing w:before="280" w:after="140"/>
      </w:pPr>
      <w:r>
        <w:rPr>
          <w:rFonts w:ascii="Arial" w:hAnsi="Arial"/>
          <w:color w:val="00843D"/>
          <w:sz w:val="32"/>
        </w:rPr>
        <w:t>Section 8: Conflict Of Interest</w:t>
      </w:r>
    </w:p>
    <w:p w:rsidR="0011303C" w:rsidRDefault="00000000">
      <w:pPr>
        <w:spacing w:after="140"/>
      </w:pPr>
      <w:r>
        <w:rPr>
          <w:color w:val="666666"/>
          <w:sz w:val="18"/>
        </w:rPr>
        <w:t>This includes any personal, financial, or professional connection to NHG staff that could reasonably be perceived as influencing this application. Declaring a conflict does not automatically disqualify an application.</w:t>
      </w:r>
    </w:p>
    <w:p w:rsidR="0011303C" w:rsidRDefault="00000000">
      <w:pPr>
        <w:pStyle w:val="Question"/>
        <w:keepNext/>
        <w:keepLines/>
        <w:spacing w:before="120" w:after="60"/>
      </w:pPr>
      <w:r>
        <w:t>28. Do any actual or potential conflicts of interest exist in relation to this application?</w:t>
      </w:r>
    </w:p>
    <w:tbl>
      <w:tblPr>
        <w:tblW w:w="5000" w:type="pct"/>
        <w:tblLook w:val="04A0" w:firstRow="1" w:lastRow="0" w:firstColumn="1" w:lastColumn="0" w:noHBand="0" w:noVBand="1"/>
      </w:tblPr>
      <w:tblGrid>
        <w:gridCol w:w="9846"/>
      </w:tblGrid>
      <w:tr w:rsidR="0011303C">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10" w:type="dxa"/>
              <w:left w:w="140" w:type="dxa"/>
              <w:bottom w:w="110" w:type="dxa"/>
              <w:right w:w="140" w:type="dxa"/>
            </w:tcMar>
          </w:tcPr>
          <w:p w:rsidR="0011303C" w:rsidRDefault="00000000">
            <w:pPr>
              <w:spacing w:after="0"/>
            </w:pPr>
            <w:sdt>
              <w:sdtPr>
                <w:alias w:val="Q28_CONFLICT"/>
                <w:tag w:val="Q28_CONFLICT"/>
                <w:id w:val="287154788"/>
                <w:showingPlcHdr/>
                <w:dropDownList>
                  <w:listItem w:displayText="Select an option" w:value=""/>
                  <w:listItem w:displayText="Yes" w:value="Yes"/>
                  <w:listItem w:displayText="No" w:value="No"/>
                </w:dropDownList>
              </w:sdtPr>
              <w:sdtContent>
                <w:r>
                  <w:rPr>
                    <w:color w:val="777777"/>
                    <w:sz w:val="21"/>
                    <w:szCs w:val="21"/>
                  </w:rPr>
                  <w:t>Select an option</w:t>
                </w:r>
              </w:sdtContent>
            </w:sdt>
          </w:p>
        </w:tc>
      </w:tr>
    </w:tbl>
    <w:p w:rsidR="0011303C" w:rsidRDefault="0011303C">
      <w:pPr>
        <w:spacing w:after="0"/>
      </w:pPr>
    </w:p>
    <w:p w:rsidR="0011303C" w:rsidRDefault="00000000">
      <w:pPr>
        <w:pStyle w:val="Question"/>
        <w:keepNext/>
        <w:keepLines/>
        <w:spacing w:before="120" w:after="60"/>
      </w:pPr>
      <w:r>
        <w:t>29. If you answered YES above to the question, please explain below.</w:t>
      </w:r>
    </w:p>
    <w:tbl>
      <w:tblPr>
        <w:tblW w:w="5000" w:type="pct"/>
        <w:tblLook w:val="04A0" w:firstRow="1" w:lastRow="0" w:firstColumn="1" w:lastColumn="0" w:noHBand="0" w:noVBand="1"/>
      </w:tblPr>
      <w:tblGrid>
        <w:gridCol w:w="9846"/>
      </w:tblGrid>
      <w:tr w:rsidR="0011303C">
        <w:trPr>
          <w:trHeight w:val="1446"/>
        </w:trPr>
        <w:tc>
          <w:tcPr>
            <w:tcW w:w="9866" w:type="dxa"/>
            <w:tcBorders>
              <w:top w:val="single" w:sz="8" w:space="0" w:color="B8C2BC"/>
              <w:left w:val="single" w:sz="8" w:space="0" w:color="B8C2BC"/>
              <w:bottom w:val="single" w:sz="8" w:space="0" w:color="B8C2BC"/>
              <w:right w:val="single" w:sz="8" w:space="0" w:color="B8C2BC"/>
            </w:tcBorders>
            <w:shd w:val="clear" w:color="auto" w:fill="F4F6F5"/>
            <w:tcMar>
              <w:top w:w="120" w:type="dxa"/>
              <w:left w:w="140" w:type="dxa"/>
              <w:bottom w:w="120" w:type="dxa"/>
              <w:right w:w="140" w:type="dxa"/>
            </w:tcMar>
          </w:tcPr>
          <w:p w:rsidR="0011303C" w:rsidRDefault="00000000">
            <w:pPr>
              <w:spacing w:after="0"/>
            </w:pPr>
            <w:sdt>
              <w:sdtPr>
                <w:alias w:val="Q29_CONFLICT_EXPLANATION"/>
                <w:tag w:val="Q29_CONFLICT_EXPLANATION"/>
                <w:id w:val="1564575809"/>
                <w:showingPlcHdr/>
                <w:text w:multiLine="1"/>
              </w:sdtPr>
              <w:sdtContent>
                <w:r>
                  <w:rPr>
                    <w:color w:val="777777"/>
                    <w:sz w:val="21"/>
                    <w:szCs w:val="21"/>
                  </w:rPr>
                  <w:t>Click or tap here to enter text.</w:t>
                </w:r>
              </w:sdtContent>
            </w:sdt>
          </w:p>
        </w:tc>
      </w:tr>
    </w:tbl>
    <w:p w:rsidR="0011303C" w:rsidRDefault="0011303C">
      <w:pPr>
        <w:spacing w:after="0"/>
      </w:pPr>
    </w:p>
    <w:p w:rsidR="0011303C" w:rsidRDefault="00000000">
      <w:pPr>
        <w:pStyle w:val="Heading1"/>
        <w:spacing w:before="280" w:after="140"/>
        <w:pageBreakBefore/>
      </w:pPr>
      <w:r>
        <w:rPr>
          <w:rFonts w:ascii="Arial" w:hAnsi="Arial"/>
          <w:color w:val="00843D"/>
          <w:sz w:val="32"/>
        </w:rPr>
        <w:t>Section 9 - Declaration</w:t>
      </w:r>
    </w:p>
    <w:p w:rsidR="0011303C" w:rsidRDefault="00000000">
      <w:pPr>
        <w:spacing w:after="120"/>
      </w:pPr>
      <w:r>
        <w:rPr>
          <w:sz w:val="19"/>
        </w:rPr>
        <w:t>I confirm that the information provided in this application is accurate and complete to the best of my knowledge.</w:t>
      </w:r>
    </w:p>
    <w:p w:rsidR="0011303C" w:rsidRDefault="00000000">
      <w:pPr>
        <w:spacing w:after="120"/>
      </w:pPr>
      <w:r>
        <w:rPr>
          <w:sz w:val="19"/>
        </w:rPr>
        <w:t>I confirm that an NHG staff sponsor has agreed to support this project, including support with promotion and GDPR-compliant engagement with residents. I confirm that any actual or potential conflicts of interest have been fully disclosed.</w:t>
      </w:r>
    </w:p>
    <w:p w:rsidR="0011303C" w:rsidRDefault="00000000">
      <w:pPr>
        <w:spacing w:after="120"/>
      </w:pPr>
      <w:r>
        <w:rPr>
          <w:sz w:val="19"/>
        </w:rPr>
        <w:t>I understand that failure to declare a conflict of interest may result in this application being withdrawn or any funding awarded being terminated.</w:t>
      </w:r>
    </w:p>
    <w:p w:rsidR="0011303C" w:rsidRDefault="00000000">
      <w:pPr>
        <w:spacing w:after="120"/>
      </w:pPr>
      <w:r>
        <w:rPr>
          <w:sz w:val="19"/>
        </w:rPr>
        <w:t>I confirm that the project will be delivered as described in this application, and that NHG will be informed in advance of any significant changes to the project (including changes to participants, age range, scale, or costs).</w:t>
      </w:r>
    </w:p>
    <w:p w:rsidR="0011303C" w:rsidRDefault="00000000">
      <w:pPr>
        <w:spacing w:after="120"/>
      </w:pPr>
      <w:r>
        <w:rPr>
          <w:sz w:val="19"/>
        </w:rPr>
        <w:t>I understand that receipts must be retained and submitted and that basic evidence of project delivery will be required as part of NHG’s monitoring, audit, and assurance processes.</w:t>
      </w:r>
    </w:p>
    <w:p w:rsidR="0011303C" w:rsidRDefault="00000000">
      <w:pPr>
        <w:spacing w:after="120"/>
      </w:pPr>
      <w:r>
        <w:rPr>
          <w:sz w:val="19"/>
        </w:rPr>
        <w:t>I understand that funding is subject to approval and review by NHG.</w:t>
      </w:r>
    </w:p>
    <w:p w:rsidR="0011303C" w:rsidRDefault="00000000">
      <w:pPr>
        <w:pStyle w:val="Question"/>
        <w:keepNext/>
        <w:keepLines/>
        <w:spacing w:before="120" w:after="60"/>
      </w:pPr>
      <w:r>
        <w:t>30. Declaration confirmation</w:t>
      </w:r>
      <w:r>
        <w:rPr>
          <w:color w:val="E87722"/>
        </w:rPr>
        <w:t xml:space="preserve"> *</w:t>
      </w:r>
    </w:p>
    <w:tbl>
      <w:tblPr>
        <w:tblW w:w="0" w:type="auto"/>
        <w:tblLayout w:type="fixed"/>
        <w:tblLook w:val="04A0" w:firstRow="1" w:lastRow="0" w:firstColumn="1" w:lastColumn="0" w:noHBand="0" w:noVBand="1"/>
      </w:tblPr>
      <w:tblGrid>
        <w:gridCol w:w="397"/>
        <w:gridCol w:w="8787"/>
      </w:tblGrid>
      <w:tr w:rsidR="0011303C">
        <w:tc>
          <w:tcPr>
            <w:tcW w:w="397" w:type="dxa"/>
            <w:tcBorders>
              <w:top w:val="nil"/>
              <w:left w:val="nil"/>
              <w:bottom w:val="nil"/>
              <w:right w:val="nil"/>
            </w:tcBorders>
            <w:tcMar>
              <w:top w:w="30" w:type="dxa"/>
              <w:left w:w="0" w:type="dxa"/>
              <w:bottom w:w="30" w:type="dxa"/>
              <w:right w:w="30" w:type="dxa"/>
            </w:tcMar>
          </w:tcPr>
          <w:p w:rsidR="0011303C" w:rsidRDefault="00000000">
            <w:sdt>
              <w:sdtPr>
                <w:alias w:val="I agree and confirm this declaration"/>
                <w:tag w:val="Q30_DECLARATION"/>
                <w:id w:val="623292433"/>
                <w14:checkbox>
                  <w14:checked w14:val="0"/>
                  <w14:checkedState w14:val="2612" w14:font="Arial Unicode MS"/>
                  <w14:uncheckedState w14:val="2610" w14:font="Arial Unicode MS"/>
                </w14:checkbox>
              </w:sdtPr>
              <w:sdtContent>
                <w:r>
                  <w:rPr>
                    <w:sz w:val="23"/>
                    <w:szCs w:val="23"/>
                  </w:rPr>
                  <w:t>☐</w:t>
                </w:r>
              </w:sdtContent>
            </w:sdt>
          </w:p>
        </w:tc>
        <w:tc>
          <w:tcPr>
            <w:tcW w:w="8787" w:type="dxa"/>
            <w:tcBorders>
              <w:top w:val="nil"/>
              <w:left w:val="nil"/>
              <w:bottom w:val="nil"/>
              <w:right w:val="nil"/>
            </w:tcBorders>
            <w:tcMar>
              <w:top w:w="30" w:type="dxa"/>
              <w:left w:w="0" w:type="dxa"/>
              <w:bottom w:w="30" w:type="dxa"/>
              <w:right w:w="30" w:type="dxa"/>
            </w:tcMar>
          </w:tcPr>
          <w:p w:rsidR="0011303C" w:rsidRDefault="00000000">
            <w:r>
              <w:rPr>
                <w:b/>
              </w:rPr>
              <w:t>I agree and confirm this declaration</w:t>
            </w:r>
          </w:p>
        </w:tc>
      </w:tr>
    </w:tbl>
    <w:p w:rsidR="002E139F" w:rsidRDefault="002E139F"/>
    <w:sectPr w:rsidR="002E139F" w:rsidSect="00557457">
      <w:headerReference w:type="default" r:id="rId8"/>
      <w:footerReference w:type="default" r:id="rId9"/>
      <w:headerReference w:type="first" r:id="rId10"/>
      <w:pgSz w:w="11906" w:h="16838"/>
      <w:pgMar w:top="1220" w:right="1020" w:bottom="907" w:left="10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8A3FA4" w14:textId="77777777" w:rsidR="00A239FD" w:rsidRDefault="00A239FD">
      <w:pPr>
        <w:spacing w:after="0" w:line="240" w:lineRule="auto"/>
      </w:pPr>
      <w:r>
        <w:separator/>
      </w:r>
    </w:p>
  </w:endnote>
  <w:endnote w:type="continuationSeparator" w:id="0">
    <w:p w14:paraId="41B2565E" w14:textId="77777777" w:rsidR="00A239FD" w:rsidRDefault="00A239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hruti">
    <w:panose1 w:val="020B0502040204020203"/>
    <w:charset w:val="00"/>
    <w:family w:val="swiss"/>
    <w:pitch w:val="variable"/>
    <w:sig w:usb0="0004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8199F3" w14:textId="77777777" w:rsidR="0011303C" w:rsidRDefault="00000000">
    <w:pPr>
      <w:pStyle w:val="Footer"/>
      <w:jc w:val="center"/>
    </w:pPr>
    <w:r>
      <w:rPr>
        <w:color w:val="666666"/>
        <w:sz w:val="16"/>
      </w:rPr>
      <w:t xml:space="preserve">Love Where You Live Fund - External </w:t>
    </w:r>
    <w:proofErr w:type="spellStart"/>
    <w:r>
      <w:rPr>
        <w:color w:val="666666"/>
        <w:sz w:val="16"/>
      </w:rPr>
      <w:t>Organisation</w:t>
    </w:r>
    <w:proofErr w:type="spellEnd"/>
    <w:r>
      <w:rPr>
        <w:color w:val="666666"/>
        <w:sz w:val="16"/>
      </w:rPr>
      <w:t xml:space="preserve"> Application    |    Page </w:t>
    </w:r>
    <w:r>
      <w:rPr>
        <w:color w:val="666666"/>
        <w:sz w:val="16"/>
      </w:rPr>
      <w:fldChar w:fldCharType="begin"/>
    </w:r>
    <w:r>
      <w:rPr>
        <w:color w:val="666666"/>
        <w:sz w:val="16"/>
      </w:rPr>
      <w:instrText xml:space="preserve"> PAGE </w:instrText>
    </w:r>
    <w:r>
      <w:rPr>
        <w:color w:val="666666"/>
        <w:sz w:val="16"/>
      </w:rPr>
      <w:fldChar w:fldCharType="separate"/>
    </w:r>
    <w:r w:rsidR="00315D14">
      <w:rPr>
        <w:noProof/>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8F14B3" w14:textId="77777777" w:rsidR="00A239FD" w:rsidRDefault="00A239FD">
      <w:pPr>
        <w:spacing w:after="0" w:line="240" w:lineRule="auto"/>
      </w:pPr>
      <w:r>
        <w:separator/>
      </w:r>
    </w:p>
  </w:footnote>
  <w:footnote w:type="continuationSeparator" w:id="0">
    <w:p w14:paraId="51870947" w14:textId="77777777" w:rsidR="00A239FD" w:rsidRDefault="00A239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67BF6" w14:textId="27558FD4" w:rsidR="00557457" w:rsidRDefault="00557457">
    <w:pPr>
      <w:pStyle w:val="Header"/>
    </w:pPr>
    <w:r>
      <w:rPr>
        <w:noProof/>
      </w:rPr>
      <w:drawing>
        <wp:anchor distT="0" distB="0" distL="114300" distR="114300" simplePos="0" relativeHeight="251659264" behindDoc="1" locked="0" layoutInCell="1" allowOverlap="1" wp14:anchorId="187B8438" wp14:editId="2EA1E2B3">
          <wp:simplePos x="0" y="0"/>
          <wp:positionH relativeFrom="column">
            <wp:posOffset>-635000</wp:posOffset>
          </wp:positionH>
          <wp:positionV relativeFrom="paragraph">
            <wp:posOffset>-444500</wp:posOffset>
          </wp:positionV>
          <wp:extent cx="7543800" cy="10662709"/>
          <wp:effectExtent l="0" t="0" r="0" b="5715"/>
          <wp:wrapNone/>
          <wp:docPr id="9729139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913951" name="Picture 972913951"/>
                  <pic:cNvPicPr/>
                </pic:nvPicPr>
                <pic:blipFill>
                  <a:blip r:embed="rId1"/>
                  <a:stretch>
                    <a:fillRect/>
                  </a:stretch>
                </pic:blipFill>
                <pic:spPr>
                  <a:xfrm>
                    <a:off x="0" y="0"/>
                    <a:ext cx="7553885" cy="1067696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1EAF8B" w14:textId="57FAB221" w:rsidR="00557457" w:rsidRDefault="00557457">
    <w:pPr>
      <w:pStyle w:val="Header"/>
    </w:pPr>
    <w:r>
      <w:rPr>
        <w:noProof/>
      </w:rPr>
      <w:drawing>
        <wp:anchor distT="0" distB="0" distL="114300" distR="114300" simplePos="0" relativeHeight="251658240" behindDoc="1" locked="0" layoutInCell="1" allowOverlap="1" wp14:anchorId="47908EB4" wp14:editId="5AFB69DB">
          <wp:simplePos x="0" y="0"/>
          <wp:positionH relativeFrom="column">
            <wp:posOffset>-647700</wp:posOffset>
          </wp:positionH>
          <wp:positionV relativeFrom="paragraph">
            <wp:posOffset>-457200</wp:posOffset>
          </wp:positionV>
          <wp:extent cx="7538558" cy="10655300"/>
          <wp:effectExtent l="0" t="0" r="5715" b="0"/>
          <wp:wrapNone/>
          <wp:docPr id="780404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404386" name="Picture 780404386"/>
                  <pic:cNvPicPr/>
                </pic:nvPicPr>
                <pic:blipFill>
                  <a:blip r:embed="rId1"/>
                  <a:stretch>
                    <a:fillRect/>
                  </a:stretch>
                </pic:blipFill>
                <pic:spPr>
                  <a:xfrm>
                    <a:off x="0" y="0"/>
                    <a:ext cx="7554482" cy="1067780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878758">
    <w:abstractNumId w:val="8"/>
  </w:num>
  <w:num w:numId="2" w16cid:durableId="1267926300">
    <w:abstractNumId w:val="6"/>
  </w:num>
  <w:num w:numId="3" w16cid:durableId="683290657">
    <w:abstractNumId w:val="5"/>
  </w:num>
  <w:num w:numId="4" w16cid:durableId="272328417">
    <w:abstractNumId w:val="4"/>
  </w:num>
  <w:num w:numId="5" w16cid:durableId="531262593">
    <w:abstractNumId w:val="7"/>
  </w:num>
  <w:num w:numId="6" w16cid:durableId="1972781361">
    <w:abstractNumId w:val="3"/>
  </w:num>
  <w:num w:numId="7" w16cid:durableId="586966644">
    <w:abstractNumId w:val="2"/>
  </w:num>
  <w:num w:numId="8" w16cid:durableId="1669750375">
    <w:abstractNumId w:val="1"/>
  </w:num>
  <w:num w:numId="9" w16cid:durableId="17822573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303C"/>
    <w:rsid w:val="0015074B"/>
    <w:rsid w:val="0019735B"/>
    <w:rsid w:val="0029639D"/>
    <w:rsid w:val="002E139F"/>
    <w:rsid w:val="00315D14"/>
    <w:rsid w:val="00326F90"/>
    <w:rsid w:val="003F43D5"/>
    <w:rsid w:val="00557457"/>
    <w:rsid w:val="00882F51"/>
    <w:rsid w:val="00A239F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gu-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7C0A4F"/>
  <w14:defaultImageDpi w14:val="300"/>
  <w15:docId w15:val="{77220DEA-CD44-B742-9C90-BF1993F7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color w:val="222222"/>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F7428"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09C36"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09C36"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09C36"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F4D1B"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F4D1B"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09C36"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5C5C5C"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2F7428"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09C36"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09C36" w:themeColor="accent1"/>
    </w:rPr>
  </w:style>
  <w:style w:type="paragraph" w:styleId="Title">
    <w:name w:val="Title"/>
    <w:basedOn w:val="Normal"/>
    <w:next w:val="Normal"/>
    <w:link w:val="TitleChar"/>
    <w:uiPriority w:val="10"/>
    <w:qFormat/>
    <w:rsid w:val="00FC693F"/>
    <w:pPr>
      <w:pBdr>
        <w:bottom w:val="single" w:sz="8" w:space="4" w:color="409C36" w:themeColor="accent1"/>
      </w:pBdr>
      <w:spacing w:after="300" w:line="240" w:lineRule="auto"/>
      <w:contextualSpacing/>
    </w:pPr>
    <w:rPr>
      <w:rFonts w:asciiTheme="majorHAnsi" w:eastAsiaTheme="majorEastAsia" w:hAnsiTheme="majorHAnsi" w:cstheme="majorBidi"/>
      <w:color w:val="2F2F2F"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2F2F2F"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09C36"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09C36"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262626" w:themeColor="text1"/>
    </w:rPr>
  </w:style>
  <w:style w:type="character" w:customStyle="1" w:styleId="QuoteChar">
    <w:name w:val="Quote Char"/>
    <w:basedOn w:val="DefaultParagraphFont"/>
    <w:link w:val="Quote"/>
    <w:uiPriority w:val="29"/>
    <w:rsid w:val="00FC693F"/>
    <w:rPr>
      <w:i/>
      <w:iCs/>
      <w:color w:val="262626"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09C36"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1F4D1B"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1F4D1B"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09C36"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5C5C5C"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9C36"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09C36" w:themeColor="accent1"/>
      </w:pBdr>
      <w:spacing w:before="200" w:after="280"/>
      <w:ind w:left="936" w:right="936"/>
    </w:pPr>
    <w:rPr>
      <w:b/>
      <w:bCs/>
      <w:i/>
      <w:iCs/>
      <w:color w:val="409C36" w:themeColor="accent1"/>
    </w:rPr>
  </w:style>
  <w:style w:type="character" w:customStyle="1" w:styleId="IntenseQuoteChar">
    <w:name w:val="Intense Quote Char"/>
    <w:basedOn w:val="DefaultParagraphFont"/>
    <w:link w:val="IntenseQuote"/>
    <w:uiPriority w:val="30"/>
    <w:rsid w:val="00FC693F"/>
    <w:rPr>
      <w:b/>
      <w:bCs/>
      <w:i/>
      <w:iCs/>
      <w:color w:val="409C36" w:themeColor="accent1"/>
    </w:rPr>
  </w:style>
  <w:style w:type="character" w:styleId="SubtleEmphasis">
    <w:name w:val="Subtle Emphasis"/>
    <w:basedOn w:val="DefaultParagraphFont"/>
    <w:uiPriority w:val="19"/>
    <w:qFormat/>
    <w:rsid w:val="00FC693F"/>
    <w:rPr>
      <w:i/>
      <w:iCs/>
      <w:color w:val="929292" w:themeColor="text1" w:themeTint="7F"/>
    </w:rPr>
  </w:style>
  <w:style w:type="character" w:styleId="IntenseEmphasis">
    <w:name w:val="Intense Emphasis"/>
    <w:basedOn w:val="DefaultParagraphFont"/>
    <w:uiPriority w:val="21"/>
    <w:qFormat/>
    <w:rsid w:val="00FC693F"/>
    <w:rPr>
      <w:b/>
      <w:bCs/>
      <w:i/>
      <w:iCs/>
      <w:color w:val="409C36" w:themeColor="accent1"/>
    </w:rPr>
  </w:style>
  <w:style w:type="character" w:styleId="SubtleReference">
    <w:name w:val="Subtle Reference"/>
    <w:basedOn w:val="DefaultParagraphFont"/>
    <w:uiPriority w:val="31"/>
    <w:qFormat/>
    <w:rsid w:val="00FC693F"/>
    <w:rPr>
      <w:smallCaps/>
      <w:color w:val="E67309" w:themeColor="accent2"/>
      <w:u w:val="single"/>
    </w:rPr>
  </w:style>
  <w:style w:type="character" w:styleId="IntenseReference">
    <w:name w:val="Intense Reference"/>
    <w:basedOn w:val="DefaultParagraphFont"/>
    <w:uiPriority w:val="32"/>
    <w:qFormat/>
    <w:rsid w:val="00FC693F"/>
    <w:rPr>
      <w:b/>
      <w:bCs/>
      <w:smallCaps/>
      <w:color w:val="E67309"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1C1C1C" w:themeColor="text1" w:themeShade="BF"/>
    </w:rPr>
    <w:tblPr>
      <w:tblStyleRowBandSize w:val="1"/>
      <w:tblStyleColBandSize w:val="1"/>
      <w:tblBorders>
        <w:top w:val="single" w:sz="8" w:space="0" w:color="262626" w:themeColor="text1"/>
        <w:bottom w:val="single" w:sz="8" w:space="0" w:color="262626" w:themeColor="text1"/>
      </w:tblBorders>
    </w:tblPr>
    <w:tblStylePr w:type="firstRow">
      <w:pPr>
        <w:spacing w:before="0" w:after="0" w:line="240" w:lineRule="auto"/>
      </w:pPr>
      <w:rPr>
        <w:b/>
        <w:bCs/>
      </w:rPr>
      <w:tblPr/>
      <w:tcPr>
        <w:tcBorders>
          <w:top w:val="single" w:sz="8" w:space="0" w:color="262626" w:themeColor="text1"/>
          <w:left w:val="nil"/>
          <w:bottom w:val="single" w:sz="8" w:space="0" w:color="262626" w:themeColor="text1"/>
          <w:right w:val="nil"/>
          <w:insideH w:val="nil"/>
          <w:insideV w:val="nil"/>
        </w:tcBorders>
      </w:tcPr>
    </w:tblStylePr>
    <w:tblStylePr w:type="lastRow">
      <w:pPr>
        <w:spacing w:before="0" w:after="0" w:line="240" w:lineRule="auto"/>
      </w:pPr>
      <w:rPr>
        <w:b/>
        <w:bCs/>
      </w:rPr>
      <w:tblPr/>
      <w:tcPr>
        <w:tcBorders>
          <w:top w:val="single" w:sz="8" w:space="0" w:color="262626" w:themeColor="text1"/>
          <w:left w:val="nil"/>
          <w:bottom w:val="single" w:sz="8" w:space="0" w:color="262626"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9C9" w:themeFill="text1" w:themeFillTint="3F"/>
      </w:tcPr>
    </w:tblStylePr>
    <w:tblStylePr w:type="band1Horz">
      <w:tblPr/>
      <w:tcPr>
        <w:tcBorders>
          <w:left w:val="nil"/>
          <w:right w:val="nil"/>
          <w:insideH w:val="nil"/>
          <w:insideV w:val="nil"/>
        </w:tcBorders>
        <w:shd w:val="clear" w:color="auto" w:fill="C9C9C9" w:themeFill="text1" w:themeFillTint="3F"/>
      </w:tcPr>
    </w:tblStylePr>
  </w:style>
  <w:style w:type="table" w:styleId="LightShading-Accent1">
    <w:name w:val="Light Shading Accent 1"/>
    <w:basedOn w:val="TableNormal"/>
    <w:uiPriority w:val="60"/>
    <w:rsid w:val="00FC693F"/>
    <w:pPr>
      <w:spacing w:after="0" w:line="240" w:lineRule="auto"/>
    </w:pPr>
    <w:rPr>
      <w:color w:val="2F7428" w:themeColor="accent1" w:themeShade="BF"/>
    </w:rPr>
    <w:tblPr>
      <w:tblStyleRowBandSize w:val="1"/>
      <w:tblStyleColBandSize w:val="1"/>
      <w:tblBorders>
        <w:top w:val="single" w:sz="8" w:space="0" w:color="409C36" w:themeColor="accent1"/>
        <w:bottom w:val="single" w:sz="8" w:space="0" w:color="409C36" w:themeColor="accent1"/>
      </w:tblBorders>
    </w:tblPr>
    <w:tblStylePr w:type="firstRow">
      <w:pPr>
        <w:spacing w:before="0" w:after="0" w:line="240" w:lineRule="auto"/>
      </w:pPr>
      <w:rPr>
        <w:b/>
        <w:bCs/>
      </w:rPr>
      <w:tblPr/>
      <w:tcPr>
        <w:tcBorders>
          <w:top w:val="single" w:sz="8" w:space="0" w:color="409C36" w:themeColor="accent1"/>
          <w:left w:val="nil"/>
          <w:bottom w:val="single" w:sz="8" w:space="0" w:color="409C36" w:themeColor="accent1"/>
          <w:right w:val="nil"/>
          <w:insideH w:val="nil"/>
          <w:insideV w:val="nil"/>
        </w:tcBorders>
      </w:tcPr>
    </w:tblStylePr>
    <w:tblStylePr w:type="lastRow">
      <w:pPr>
        <w:spacing w:before="0" w:after="0" w:line="240" w:lineRule="auto"/>
      </w:pPr>
      <w:rPr>
        <w:b/>
        <w:bCs/>
      </w:rPr>
      <w:tblPr/>
      <w:tcPr>
        <w:tcBorders>
          <w:top w:val="single" w:sz="8" w:space="0" w:color="409C36" w:themeColor="accent1"/>
          <w:left w:val="nil"/>
          <w:bottom w:val="single" w:sz="8" w:space="0" w:color="409C3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CC7" w:themeFill="accent1" w:themeFillTint="3F"/>
      </w:tcPr>
    </w:tblStylePr>
    <w:tblStylePr w:type="band1Horz">
      <w:tblPr/>
      <w:tcPr>
        <w:tcBorders>
          <w:left w:val="nil"/>
          <w:right w:val="nil"/>
          <w:insideH w:val="nil"/>
          <w:insideV w:val="nil"/>
        </w:tcBorders>
        <w:shd w:val="clear" w:color="auto" w:fill="CBECC7" w:themeFill="accent1" w:themeFillTint="3F"/>
      </w:tcPr>
    </w:tblStylePr>
  </w:style>
  <w:style w:type="table" w:styleId="LightShading-Accent2">
    <w:name w:val="Light Shading Accent 2"/>
    <w:basedOn w:val="TableNormal"/>
    <w:uiPriority w:val="60"/>
    <w:rsid w:val="00FC693F"/>
    <w:pPr>
      <w:spacing w:after="0" w:line="240" w:lineRule="auto"/>
    </w:pPr>
    <w:rPr>
      <w:color w:val="AC5506" w:themeColor="accent2" w:themeShade="BF"/>
    </w:rPr>
    <w:tblPr>
      <w:tblStyleRowBandSize w:val="1"/>
      <w:tblStyleColBandSize w:val="1"/>
      <w:tblBorders>
        <w:top w:val="single" w:sz="8" w:space="0" w:color="E67309" w:themeColor="accent2"/>
        <w:bottom w:val="single" w:sz="8" w:space="0" w:color="E67309" w:themeColor="accent2"/>
      </w:tblBorders>
    </w:tblPr>
    <w:tblStylePr w:type="firstRow">
      <w:pPr>
        <w:spacing w:before="0" w:after="0" w:line="240" w:lineRule="auto"/>
      </w:pPr>
      <w:rPr>
        <w:b/>
        <w:bCs/>
      </w:rPr>
      <w:tblPr/>
      <w:tcPr>
        <w:tcBorders>
          <w:top w:val="single" w:sz="8" w:space="0" w:color="E67309" w:themeColor="accent2"/>
          <w:left w:val="nil"/>
          <w:bottom w:val="single" w:sz="8" w:space="0" w:color="E67309" w:themeColor="accent2"/>
          <w:right w:val="nil"/>
          <w:insideH w:val="nil"/>
          <w:insideV w:val="nil"/>
        </w:tcBorders>
      </w:tcPr>
    </w:tblStylePr>
    <w:tblStylePr w:type="lastRow">
      <w:pPr>
        <w:spacing w:before="0" w:after="0" w:line="240" w:lineRule="auto"/>
      </w:pPr>
      <w:rPr>
        <w:b/>
        <w:bCs/>
      </w:rPr>
      <w:tblPr/>
      <w:tcPr>
        <w:tcBorders>
          <w:top w:val="single" w:sz="8" w:space="0" w:color="E67309" w:themeColor="accent2"/>
          <w:left w:val="nil"/>
          <w:bottom w:val="single" w:sz="8" w:space="0" w:color="E6730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DCBE" w:themeFill="accent2" w:themeFillTint="3F"/>
      </w:tcPr>
    </w:tblStylePr>
    <w:tblStylePr w:type="band1Horz">
      <w:tblPr/>
      <w:tcPr>
        <w:tcBorders>
          <w:left w:val="nil"/>
          <w:right w:val="nil"/>
          <w:insideH w:val="nil"/>
          <w:insideV w:val="nil"/>
        </w:tcBorders>
        <w:shd w:val="clear" w:color="auto" w:fill="FCDCBE" w:themeFill="accent2" w:themeFillTint="3F"/>
      </w:tcPr>
    </w:tblStylePr>
  </w:style>
  <w:style w:type="table" w:styleId="LightShading-Accent3">
    <w:name w:val="Light Shading Accent 3"/>
    <w:basedOn w:val="TableNormal"/>
    <w:uiPriority w:val="60"/>
    <w:rsid w:val="00FC693F"/>
    <w:pPr>
      <w:spacing w:after="0" w:line="240" w:lineRule="auto"/>
    </w:pPr>
    <w:rPr>
      <w:color w:val="CBA610" w:themeColor="accent3" w:themeShade="BF"/>
    </w:rPr>
    <w:tblPr>
      <w:tblStyleRowBandSize w:val="1"/>
      <w:tblStyleColBandSize w:val="1"/>
      <w:tblBorders>
        <w:top w:val="single" w:sz="8" w:space="0" w:color="EFCB37" w:themeColor="accent3"/>
        <w:bottom w:val="single" w:sz="8" w:space="0" w:color="EFCB37" w:themeColor="accent3"/>
      </w:tblBorders>
    </w:tblPr>
    <w:tblStylePr w:type="firstRow">
      <w:pPr>
        <w:spacing w:before="0" w:after="0" w:line="240" w:lineRule="auto"/>
      </w:pPr>
      <w:rPr>
        <w:b/>
        <w:bCs/>
      </w:rPr>
      <w:tblPr/>
      <w:tcPr>
        <w:tcBorders>
          <w:top w:val="single" w:sz="8" w:space="0" w:color="EFCB37" w:themeColor="accent3"/>
          <w:left w:val="nil"/>
          <w:bottom w:val="single" w:sz="8" w:space="0" w:color="EFCB37" w:themeColor="accent3"/>
          <w:right w:val="nil"/>
          <w:insideH w:val="nil"/>
          <w:insideV w:val="nil"/>
        </w:tcBorders>
      </w:tcPr>
    </w:tblStylePr>
    <w:tblStylePr w:type="lastRow">
      <w:pPr>
        <w:spacing w:before="0" w:after="0" w:line="240" w:lineRule="auto"/>
      </w:pPr>
      <w:rPr>
        <w:b/>
        <w:bCs/>
      </w:rPr>
      <w:tblPr/>
      <w:tcPr>
        <w:tcBorders>
          <w:top w:val="single" w:sz="8" w:space="0" w:color="EFCB37" w:themeColor="accent3"/>
          <w:left w:val="nil"/>
          <w:bottom w:val="single" w:sz="8" w:space="0" w:color="EFCB3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2CD" w:themeFill="accent3" w:themeFillTint="3F"/>
      </w:tcPr>
    </w:tblStylePr>
    <w:tblStylePr w:type="band1Horz">
      <w:tblPr/>
      <w:tcPr>
        <w:tcBorders>
          <w:left w:val="nil"/>
          <w:right w:val="nil"/>
          <w:insideH w:val="nil"/>
          <w:insideV w:val="nil"/>
        </w:tcBorders>
        <w:shd w:val="clear" w:color="auto" w:fill="FBF2CD" w:themeFill="accent3" w:themeFillTint="3F"/>
      </w:tcPr>
    </w:tblStylePr>
  </w:style>
  <w:style w:type="table" w:styleId="LightShading-Accent4">
    <w:name w:val="Light Shading Accent 4"/>
    <w:basedOn w:val="TableNormal"/>
    <w:uiPriority w:val="60"/>
    <w:rsid w:val="00FC693F"/>
    <w:pPr>
      <w:spacing w:after="0" w:line="240" w:lineRule="auto"/>
    </w:pPr>
    <w:rPr>
      <w:color w:val="1691C6" w:themeColor="accent4" w:themeShade="BF"/>
    </w:rPr>
    <w:tblPr>
      <w:tblStyleRowBandSize w:val="1"/>
      <w:tblStyleColBandSize w:val="1"/>
      <w:tblBorders>
        <w:top w:val="single" w:sz="8" w:space="0" w:color="3EB6E9" w:themeColor="accent4"/>
        <w:bottom w:val="single" w:sz="8" w:space="0" w:color="3EB6E9" w:themeColor="accent4"/>
      </w:tblBorders>
    </w:tblPr>
    <w:tblStylePr w:type="firstRow">
      <w:pPr>
        <w:spacing w:before="0" w:after="0" w:line="240" w:lineRule="auto"/>
      </w:pPr>
      <w:rPr>
        <w:b/>
        <w:bCs/>
      </w:rPr>
      <w:tblPr/>
      <w:tcPr>
        <w:tcBorders>
          <w:top w:val="single" w:sz="8" w:space="0" w:color="3EB6E9" w:themeColor="accent4"/>
          <w:left w:val="nil"/>
          <w:bottom w:val="single" w:sz="8" w:space="0" w:color="3EB6E9" w:themeColor="accent4"/>
          <w:right w:val="nil"/>
          <w:insideH w:val="nil"/>
          <w:insideV w:val="nil"/>
        </w:tcBorders>
      </w:tcPr>
    </w:tblStylePr>
    <w:tblStylePr w:type="lastRow">
      <w:pPr>
        <w:spacing w:before="0" w:after="0" w:line="240" w:lineRule="auto"/>
      </w:pPr>
      <w:rPr>
        <w:b/>
        <w:bCs/>
      </w:rPr>
      <w:tblPr/>
      <w:tcPr>
        <w:tcBorders>
          <w:top w:val="single" w:sz="8" w:space="0" w:color="3EB6E9" w:themeColor="accent4"/>
          <w:left w:val="nil"/>
          <w:bottom w:val="single" w:sz="8" w:space="0" w:color="3EB6E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ECF9" w:themeFill="accent4" w:themeFillTint="3F"/>
      </w:tcPr>
    </w:tblStylePr>
    <w:tblStylePr w:type="band1Horz">
      <w:tblPr/>
      <w:tcPr>
        <w:tcBorders>
          <w:left w:val="nil"/>
          <w:right w:val="nil"/>
          <w:insideH w:val="nil"/>
          <w:insideV w:val="nil"/>
        </w:tcBorders>
        <w:shd w:val="clear" w:color="auto" w:fill="CFECF9" w:themeFill="accent4" w:themeFillTint="3F"/>
      </w:tcPr>
    </w:tblStylePr>
  </w:style>
  <w:style w:type="table" w:styleId="LightShading-Accent5">
    <w:name w:val="Light Shading Accent 5"/>
    <w:basedOn w:val="TableNormal"/>
    <w:uiPriority w:val="60"/>
    <w:rsid w:val="00FC693F"/>
    <w:pPr>
      <w:spacing w:after="0" w:line="240" w:lineRule="auto"/>
    </w:pPr>
    <w:rPr>
      <w:color w:val="373736" w:themeColor="accent5" w:themeShade="BF"/>
    </w:rPr>
    <w:tblPr>
      <w:tblStyleRowBandSize w:val="1"/>
      <w:tblStyleColBandSize w:val="1"/>
      <w:tblBorders>
        <w:top w:val="single" w:sz="8" w:space="0" w:color="4A4A49" w:themeColor="accent5"/>
        <w:bottom w:val="single" w:sz="8" w:space="0" w:color="4A4A49" w:themeColor="accent5"/>
      </w:tblBorders>
    </w:tblPr>
    <w:tblStylePr w:type="firstRow">
      <w:pPr>
        <w:spacing w:before="0" w:after="0" w:line="240" w:lineRule="auto"/>
      </w:pPr>
      <w:rPr>
        <w:b/>
        <w:bCs/>
      </w:rPr>
      <w:tblPr/>
      <w:tcPr>
        <w:tcBorders>
          <w:top w:val="single" w:sz="8" w:space="0" w:color="4A4A49" w:themeColor="accent5"/>
          <w:left w:val="nil"/>
          <w:bottom w:val="single" w:sz="8" w:space="0" w:color="4A4A49" w:themeColor="accent5"/>
          <w:right w:val="nil"/>
          <w:insideH w:val="nil"/>
          <w:insideV w:val="nil"/>
        </w:tcBorders>
      </w:tcPr>
    </w:tblStylePr>
    <w:tblStylePr w:type="lastRow">
      <w:pPr>
        <w:spacing w:before="0" w:after="0" w:line="240" w:lineRule="auto"/>
      </w:pPr>
      <w:rPr>
        <w:b/>
        <w:bCs/>
      </w:rPr>
      <w:tblPr/>
      <w:tcPr>
        <w:tcBorders>
          <w:top w:val="single" w:sz="8" w:space="0" w:color="4A4A49" w:themeColor="accent5"/>
          <w:left w:val="nil"/>
          <w:bottom w:val="single" w:sz="8" w:space="0" w:color="4A4A4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D2D1" w:themeFill="accent5" w:themeFillTint="3F"/>
      </w:tcPr>
    </w:tblStylePr>
    <w:tblStylePr w:type="band1Horz">
      <w:tblPr/>
      <w:tcPr>
        <w:tcBorders>
          <w:left w:val="nil"/>
          <w:right w:val="nil"/>
          <w:insideH w:val="nil"/>
          <w:insideV w:val="nil"/>
        </w:tcBorders>
        <w:shd w:val="clear" w:color="auto" w:fill="D2D2D1" w:themeFill="accent5" w:themeFillTint="3F"/>
      </w:tcPr>
    </w:tblStylePr>
  </w:style>
  <w:style w:type="table" w:styleId="LightShading-Accent6">
    <w:name w:val="Light Shading Accent 6"/>
    <w:basedOn w:val="TableNormal"/>
    <w:uiPriority w:val="60"/>
    <w:rsid w:val="00FC693F"/>
    <w:pPr>
      <w:spacing w:after="0" w:line="240" w:lineRule="auto"/>
    </w:pPr>
    <w:rPr>
      <w:color w:val="44A839" w:themeColor="accent6" w:themeShade="BF"/>
    </w:rPr>
    <w:tblPr>
      <w:tblStyleRowBandSize w:val="1"/>
      <w:tblStyleColBandSize w:val="1"/>
      <w:tblBorders>
        <w:top w:val="single" w:sz="8" w:space="0" w:color="6ECA64" w:themeColor="accent6"/>
        <w:bottom w:val="single" w:sz="8" w:space="0" w:color="6ECA64" w:themeColor="accent6"/>
      </w:tblBorders>
    </w:tblPr>
    <w:tblStylePr w:type="firstRow">
      <w:pPr>
        <w:spacing w:before="0" w:after="0" w:line="240" w:lineRule="auto"/>
      </w:pPr>
      <w:rPr>
        <w:b/>
        <w:bCs/>
      </w:rPr>
      <w:tblPr/>
      <w:tcPr>
        <w:tcBorders>
          <w:top w:val="single" w:sz="8" w:space="0" w:color="6ECA64" w:themeColor="accent6"/>
          <w:left w:val="nil"/>
          <w:bottom w:val="single" w:sz="8" w:space="0" w:color="6ECA64" w:themeColor="accent6"/>
          <w:right w:val="nil"/>
          <w:insideH w:val="nil"/>
          <w:insideV w:val="nil"/>
        </w:tcBorders>
      </w:tcPr>
    </w:tblStylePr>
    <w:tblStylePr w:type="lastRow">
      <w:pPr>
        <w:spacing w:before="0" w:after="0" w:line="240" w:lineRule="auto"/>
      </w:pPr>
      <w:rPr>
        <w:b/>
        <w:bCs/>
      </w:rPr>
      <w:tblPr/>
      <w:tcPr>
        <w:tcBorders>
          <w:top w:val="single" w:sz="8" w:space="0" w:color="6ECA64" w:themeColor="accent6"/>
          <w:left w:val="nil"/>
          <w:bottom w:val="single" w:sz="8" w:space="0" w:color="6ECA6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F1D8" w:themeFill="accent6" w:themeFillTint="3F"/>
      </w:tcPr>
    </w:tblStylePr>
    <w:tblStylePr w:type="band1Horz">
      <w:tblPr/>
      <w:tcPr>
        <w:tcBorders>
          <w:left w:val="nil"/>
          <w:right w:val="nil"/>
          <w:insideH w:val="nil"/>
          <w:insideV w:val="nil"/>
        </w:tcBorders>
        <w:shd w:val="clear" w:color="auto" w:fill="DAF1D8"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262626" w:themeColor="text1"/>
        <w:left w:val="single" w:sz="8" w:space="0" w:color="262626" w:themeColor="text1"/>
        <w:bottom w:val="single" w:sz="8" w:space="0" w:color="262626" w:themeColor="text1"/>
        <w:right w:val="single" w:sz="8" w:space="0" w:color="262626" w:themeColor="text1"/>
      </w:tblBorders>
    </w:tblPr>
    <w:tblStylePr w:type="firstRow">
      <w:pPr>
        <w:spacing w:before="0" w:after="0" w:line="240" w:lineRule="auto"/>
      </w:pPr>
      <w:rPr>
        <w:b/>
        <w:bCs/>
        <w:color w:val="FFFFFF" w:themeColor="background1"/>
      </w:rPr>
      <w:tblPr/>
      <w:tcPr>
        <w:shd w:val="clear" w:color="auto" w:fill="262626" w:themeFill="text1"/>
      </w:tcPr>
    </w:tblStylePr>
    <w:tblStylePr w:type="lastRow">
      <w:pPr>
        <w:spacing w:before="0" w:after="0" w:line="240" w:lineRule="auto"/>
      </w:pPr>
      <w:rPr>
        <w:b/>
        <w:bCs/>
      </w:rPr>
      <w:tblPr/>
      <w:tcPr>
        <w:tcBorders>
          <w:top w:val="double" w:sz="6" w:space="0" w:color="262626" w:themeColor="text1"/>
          <w:left w:val="single" w:sz="8" w:space="0" w:color="262626" w:themeColor="text1"/>
          <w:bottom w:val="single" w:sz="8" w:space="0" w:color="262626" w:themeColor="text1"/>
          <w:right w:val="single" w:sz="8" w:space="0" w:color="262626" w:themeColor="text1"/>
        </w:tcBorders>
      </w:tcPr>
    </w:tblStylePr>
    <w:tblStylePr w:type="firstCol">
      <w:rPr>
        <w:b/>
        <w:bCs/>
      </w:rPr>
    </w:tblStylePr>
    <w:tblStylePr w:type="lastCol">
      <w:rPr>
        <w:b/>
        <w:bCs/>
      </w:rPr>
    </w:tblStylePr>
    <w:tblStylePr w:type="band1Vert">
      <w:tblPr/>
      <w:tcPr>
        <w:tcBorders>
          <w:top w:val="single" w:sz="8" w:space="0" w:color="262626" w:themeColor="text1"/>
          <w:left w:val="single" w:sz="8" w:space="0" w:color="262626" w:themeColor="text1"/>
          <w:bottom w:val="single" w:sz="8" w:space="0" w:color="262626" w:themeColor="text1"/>
          <w:right w:val="single" w:sz="8" w:space="0" w:color="262626" w:themeColor="text1"/>
        </w:tcBorders>
      </w:tcPr>
    </w:tblStylePr>
    <w:tblStylePr w:type="band1Horz">
      <w:tblPr/>
      <w:tcPr>
        <w:tcBorders>
          <w:top w:val="single" w:sz="8" w:space="0" w:color="262626" w:themeColor="text1"/>
          <w:left w:val="single" w:sz="8" w:space="0" w:color="262626" w:themeColor="text1"/>
          <w:bottom w:val="single" w:sz="8" w:space="0" w:color="262626" w:themeColor="text1"/>
          <w:right w:val="single" w:sz="8" w:space="0" w:color="262626"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09C36" w:themeColor="accent1"/>
        <w:left w:val="single" w:sz="8" w:space="0" w:color="409C36" w:themeColor="accent1"/>
        <w:bottom w:val="single" w:sz="8" w:space="0" w:color="409C36" w:themeColor="accent1"/>
        <w:right w:val="single" w:sz="8" w:space="0" w:color="409C36" w:themeColor="accent1"/>
      </w:tblBorders>
    </w:tblPr>
    <w:tblStylePr w:type="firstRow">
      <w:pPr>
        <w:spacing w:before="0" w:after="0" w:line="240" w:lineRule="auto"/>
      </w:pPr>
      <w:rPr>
        <w:b/>
        <w:bCs/>
        <w:color w:val="FFFFFF" w:themeColor="background1"/>
      </w:rPr>
      <w:tblPr/>
      <w:tcPr>
        <w:shd w:val="clear" w:color="auto" w:fill="409C36" w:themeFill="accent1"/>
      </w:tcPr>
    </w:tblStylePr>
    <w:tblStylePr w:type="lastRow">
      <w:pPr>
        <w:spacing w:before="0" w:after="0" w:line="240" w:lineRule="auto"/>
      </w:pPr>
      <w:rPr>
        <w:b/>
        <w:bCs/>
      </w:rPr>
      <w:tblPr/>
      <w:tcPr>
        <w:tcBorders>
          <w:top w:val="double" w:sz="6" w:space="0" w:color="409C36" w:themeColor="accent1"/>
          <w:left w:val="single" w:sz="8" w:space="0" w:color="409C36" w:themeColor="accent1"/>
          <w:bottom w:val="single" w:sz="8" w:space="0" w:color="409C36" w:themeColor="accent1"/>
          <w:right w:val="single" w:sz="8" w:space="0" w:color="409C36" w:themeColor="accent1"/>
        </w:tcBorders>
      </w:tcPr>
    </w:tblStylePr>
    <w:tblStylePr w:type="firstCol">
      <w:rPr>
        <w:b/>
        <w:bCs/>
      </w:rPr>
    </w:tblStylePr>
    <w:tblStylePr w:type="lastCol">
      <w:rPr>
        <w:b/>
        <w:bCs/>
      </w:rPr>
    </w:tblStylePr>
    <w:tblStylePr w:type="band1Vert">
      <w:tblPr/>
      <w:tcPr>
        <w:tcBorders>
          <w:top w:val="single" w:sz="8" w:space="0" w:color="409C36" w:themeColor="accent1"/>
          <w:left w:val="single" w:sz="8" w:space="0" w:color="409C36" w:themeColor="accent1"/>
          <w:bottom w:val="single" w:sz="8" w:space="0" w:color="409C36" w:themeColor="accent1"/>
          <w:right w:val="single" w:sz="8" w:space="0" w:color="409C36" w:themeColor="accent1"/>
        </w:tcBorders>
      </w:tcPr>
    </w:tblStylePr>
    <w:tblStylePr w:type="band1Horz">
      <w:tblPr/>
      <w:tcPr>
        <w:tcBorders>
          <w:top w:val="single" w:sz="8" w:space="0" w:color="409C36" w:themeColor="accent1"/>
          <w:left w:val="single" w:sz="8" w:space="0" w:color="409C36" w:themeColor="accent1"/>
          <w:bottom w:val="single" w:sz="8" w:space="0" w:color="409C36" w:themeColor="accent1"/>
          <w:right w:val="single" w:sz="8" w:space="0" w:color="409C36"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67309" w:themeColor="accent2"/>
        <w:left w:val="single" w:sz="8" w:space="0" w:color="E67309" w:themeColor="accent2"/>
        <w:bottom w:val="single" w:sz="8" w:space="0" w:color="E67309" w:themeColor="accent2"/>
        <w:right w:val="single" w:sz="8" w:space="0" w:color="E67309" w:themeColor="accent2"/>
      </w:tblBorders>
    </w:tblPr>
    <w:tblStylePr w:type="firstRow">
      <w:pPr>
        <w:spacing w:before="0" w:after="0" w:line="240" w:lineRule="auto"/>
      </w:pPr>
      <w:rPr>
        <w:b/>
        <w:bCs/>
        <w:color w:val="FFFFFF" w:themeColor="background1"/>
      </w:rPr>
      <w:tblPr/>
      <w:tcPr>
        <w:shd w:val="clear" w:color="auto" w:fill="E67309" w:themeFill="accent2"/>
      </w:tcPr>
    </w:tblStylePr>
    <w:tblStylePr w:type="lastRow">
      <w:pPr>
        <w:spacing w:before="0" w:after="0" w:line="240" w:lineRule="auto"/>
      </w:pPr>
      <w:rPr>
        <w:b/>
        <w:bCs/>
      </w:rPr>
      <w:tblPr/>
      <w:tcPr>
        <w:tcBorders>
          <w:top w:val="double" w:sz="6" w:space="0" w:color="E67309" w:themeColor="accent2"/>
          <w:left w:val="single" w:sz="8" w:space="0" w:color="E67309" w:themeColor="accent2"/>
          <w:bottom w:val="single" w:sz="8" w:space="0" w:color="E67309" w:themeColor="accent2"/>
          <w:right w:val="single" w:sz="8" w:space="0" w:color="E67309" w:themeColor="accent2"/>
        </w:tcBorders>
      </w:tcPr>
    </w:tblStylePr>
    <w:tblStylePr w:type="firstCol">
      <w:rPr>
        <w:b/>
        <w:bCs/>
      </w:rPr>
    </w:tblStylePr>
    <w:tblStylePr w:type="lastCol">
      <w:rPr>
        <w:b/>
        <w:bCs/>
      </w:rPr>
    </w:tblStylePr>
    <w:tblStylePr w:type="band1Vert">
      <w:tblPr/>
      <w:tcPr>
        <w:tcBorders>
          <w:top w:val="single" w:sz="8" w:space="0" w:color="E67309" w:themeColor="accent2"/>
          <w:left w:val="single" w:sz="8" w:space="0" w:color="E67309" w:themeColor="accent2"/>
          <w:bottom w:val="single" w:sz="8" w:space="0" w:color="E67309" w:themeColor="accent2"/>
          <w:right w:val="single" w:sz="8" w:space="0" w:color="E67309" w:themeColor="accent2"/>
        </w:tcBorders>
      </w:tcPr>
    </w:tblStylePr>
    <w:tblStylePr w:type="band1Horz">
      <w:tblPr/>
      <w:tcPr>
        <w:tcBorders>
          <w:top w:val="single" w:sz="8" w:space="0" w:color="E67309" w:themeColor="accent2"/>
          <w:left w:val="single" w:sz="8" w:space="0" w:color="E67309" w:themeColor="accent2"/>
          <w:bottom w:val="single" w:sz="8" w:space="0" w:color="E67309" w:themeColor="accent2"/>
          <w:right w:val="single" w:sz="8" w:space="0" w:color="E67309"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EFCB37" w:themeColor="accent3"/>
        <w:left w:val="single" w:sz="8" w:space="0" w:color="EFCB37" w:themeColor="accent3"/>
        <w:bottom w:val="single" w:sz="8" w:space="0" w:color="EFCB37" w:themeColor="accent3"/>
        <w:right w:val="single" w:sz="8" w:space="0" w:color="EFCB37" w:themeColor="accent3"/>
      </w:tblBorders>
    </w:tblPr>
    <w:tblStylePr w:type="firstRow">
      <w:pPr>
        <w:spacing w:before="0" w:after="0" w:line="240" w:lineRule="auto"/>
      </w:pPr>
      <w:rPr>
        <w:b/>
        <w:bCs/>
        <w:color w:val="FFFFFF" w:themeColor="background1"/>
      </w:rPr>
      <w:tblPr/>
      <w:tcPr>
        <w:shd w:val="clear" w:color="auto" w:fill="EFCB37" w:themeFill="accent3"/>
      </w:tcPr>
    </w:tblStylePr>
    <w:tblStylePr w:type="lastRow">
      <w:pPr>
        <w:spacing w:before="0" w:after="0" w:line="240" w:lineRule="auto"/>
      </w:pPr>
      <w:rPr>
        <w:b/>
        <w:bCs/>
      </w:rPr>
      <w:tblPr/>
      <w:tcPr>
        <w:tcBorders>
          <w:top w:val="double" w:sz="6" w:space="0" w:color="EFCB37" w:themeColor="accent3"/>
          <w:left w:val="single" w:sz="8" w:space="0" w:color="EFCB37" w:themeColor="accent3"/>
          <w:bottom w:val="single" w:sz="8" w:space="0" w:color="EFCB37" w:themeColor="accent3"/>
          <w:right w:val="single" w:sz="8" w:space="0" w:color="EFCB37" w:themeColor="accent3"/>
        </w:tcBorders>
      </w:tcPr>
    </w:tblStylePr>
    <w:tblStylePr w:type="firstCol">
      <w:rPr>
        <w:b/>
        <w:bCs/>
      </w:rPr>
    </w:tblStylePr>
    <w:tblStylePr w:type="lastCol">
      <w:rPr>
        <w:b/>
        <w:bCs/>
      </w:rPr>
    </w:tblStylePr>
    <w:tblStylePr w:type="band1Vert">
      <w:tblPr/>
      <w:tcPr>
        <w:tcBorders>
          <w:top w:val="single" w:sz="8" w:space="0" w:color="EFCB37" w:themeColor="accent3"/>
          <w:left w:val="single" w:sz="8" w:space="0" w:color="EFCB37" w:themeColor="accent3"/>
          <w:bottom w:val="single" w:sz="8" w:space="0" w:color="EFCB37" w:themeColor="accent3"/>
          <w:right w:val="single" w:sz="8" w:space="0" w:color="EFCB37" w:themeColor="accent3"/>
        </w:tcBorders>
      </w:tcPr>
    </w:tblStylePr>
    <w:tblStylePr w:type="band1Horz">
      <w:tblPr/>
      <w:tcPr>
        <w:tcBorders>
          <w:top w:val="single" w:sz="8" w:space="0" w:color="EFCB37" w:themeColor="accent3"/>
          <w:left w:val="single" w:sz="8" w:space="0" w:color="EFCB37" w:themeColor="accent3"/>
          <w:bottom w:val="single" w:sz="8" w:space="0" w:color="EFCB37" w:themeColor="accent3"/>
          <w:right w:val="single" w:sz="8" w:space="0" w:color="EFCB37"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3EB6E9" w:themeColor="accent4"/>
        <w:left w:val="single" w:sz="8" w:space="0" w:color="3EB6E9" w:themeColor="accent4"/>
        <w:bottom w:val="single" w:sz="8" w:space="0" w:color="3EB6E9" w:themeColor="accent4"/>
        <w:right w:val="single" w:sz="8" w:space="0" w:color="3EB6E9" w:themeColor="accent4"/>
      </w:tblBorders>
    </w:tblPr>
    <w:tblStylePr w:type="firstRow">
      <w:pPr>
        <w:spacing w:before="0" w:after="0" w:line="240" w:lineRule="auto"/>
      </w:pPr>
      <w:rPr>
        <w:b/>
        <w:bCs/>
        <w:color w:val="FFFFFF" w:themeColor="background1"/>
      </w:rPr>
      <w:tblPr/>
      <w:tcPr>
        <w:shd w:val="clear" w:color="auto" w:fill="3EB6E9" w:themeFill="accent4"/>
      </w:tcPr>
    </w:tblStylePr>
    <w:tblStylePr w:type="lastRow">
      <w:pPr>
        <w:spacing w:before="0" w:after="0" w:line="240" w:lineRule="auto"/>
      </w:pPr>
      <w:rPr>
        <w:b/>
        <w:bCs/>
      </w:rPr>
      <w:tblPr/>
      <w:tcPr>
        <w:tcBorders>
          <w:top w:val="double" w:sz="6" w:space="0" w:color="3EB6E9" w:themeColor="accent4"/>
          <w:left w:val="single" w:sz="8" w:space="0" w:color="3EB6E9" w:themeColor="accent4"/>
          <w:bottom w:val="single" w:sz="8" w:space="0" w:color="3EB6E9" w:themeColor="accent4"/>
          <w:right w:val="single" w:sz="8" w:space="0" w:color="3EB6E9" w:themeColor="accent4"/>
        </w:tcBorders>
      </w:tcPr>
    </w:tblStylePr>
    <w:tblStylePr w:type="firstCol">
      <w:rPr>
        <w:b/>
        <w:bCs/>
      </w:rPr>
    </w:tblStylePr>
    <w:tblStylePr w:type="lastCol">
      <w:rPr>
        <w:b/>
        <w:bCs/>
      </w:rPr>
    </w:tblStylePr>
    <w:tblStylePr w:type="band1Vert">
      <w:tblPr/>
      <w:tcPr>
        <w:tcBorders>
          <w:top w:val="single" w:sz="8" w:space="0" w:color="3EB6E9" w:themeColor="accent4"/>
          <w:left w:val="single" w:sz="8" w:space="0" w:color="3EB6E9" w:themeColor="accent4"/>
          <w:bottom w:val="single" w:sz="8" w:space="0" w:color="3EB6E9" w:themeColor="accent4"/>
          <w:right w:val="single" w:sz="8" w:space="0" w:color="3EB6E9" w:themeColor="accent4"/>
        </w:tcBorders>
      </w:tcPr>
    </w:tblStylePr>
    <w:tblStylePr w:type="band1Horz">
      <w:tblPr/>
      <w:tcPr>
        <w:tcBorders>
          <w:top w:val="single" w:sz="8" w:space="0" w:color="3EB6E9" w:themeColor="accent4"/>
          <w:left w:val="single" w:sz="8" w:space="0" w:color="3EB6E9" w:themeColor="accent4"/>
          <w:bottom w:val="single" w:sz="8" w:space="0" w:color="3EB6E9" w:themeColor="accent4"/>
          <w:right w:val="single" w:sz="8" w:space="0" w:color="3EB6E9"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A4A49" w:themeColor="accent5"/>
        <w:left w:val="single" w:sz="8" w:space="0" w:color="4A4A49" w:themeColor="accent5"/>
        <w:bottom w:val="single" w:sz="8" w:space="0" w:color="4A4A49" w:themeColor="accent5"/>
        <w:right w:val="single" w:sz="8" w:space="0" w:color="4A4A49" w:themeColor="accent5"/>
      </w:tblBorders>
    </w:tblPr>
    <w:tblStylePr w:type="firstRow">
      <w:pPr>
        <w:spacing w:before="0" w:after="0" w:line="240" w:lineRule="auto"/>
      </w:pPr>
      <w:rPr>
        <w:b/>
        <w:bCs/>
        <w:color w:val="FFFFFF" w:themeColor="background1"/>
      </w:rPr>
      <w:tblPr/>
      <w:tcPr>
        <w:shd w:val="clear" w:color="auto" w:fill="4A4A49" w:themeFill="accent5"/>
      </w:tcPr>
    </w:tblStylePr>
    <w:tblStylePr w:type="lastRow">
      <w:pPr>
        <w:spacing w:before="0" w:after="0" w:line="240" w:lineRule="auto"/>
      </w:pPr>
      <w:rPr>
        <w:b/>
        <w:bCs/>
      </w:rPr>
      <w:tblPr/>
      <w:tcPr>
        <w:tcBorders>
          <w:top w:val="double" w:sz="6" w:space="0" w:color="4A4A49" w:themeColor="accent5"/>
          <w:left w:val="single" w:sz="8" w:space="0" w:color="4A4A49" w:themeColor="accent5"/>
          <w:bottom w:val="single" w:sz="8" w:space="0" w:color="4A4A49" w:themeColor="accent5"/>
          <w:right w:val="single" w:sz="8" w:space="0" w:color="4A4A49" w:themeColor="accent5"/>
        </w:tcBorders>
      </w:tcPr>
    </w:tblStylePr>
    <w:tblStylePr w:type="firstCol">
      <w:rPr>
        <w:b/>
        <w:bCs/>
      </w:rPr>
    </w:tblStylePr>
    <w:tblStylePr w:type="lastCol">
      <w:rPr>
        <w:b/>
        <w:bCs/>
      </w:rPr>
    </w:tblStylePr>
    <w:tblStylePr w:type="band1Vert">
      <w:tblPr/>
      <w:tcPr>
        <w:tcBorders>
          <w:top w:val="single" w:sz="8" w:space="0" w:color="4A4A49" w:themeColor="accent5"/>
          <w:left w:val="single" w:sz="8" w:space="0" w:color="4A4A49" w:themeColor="accent5"/>
          <w:bottom w:val="single" w:sz="8" w:space="0" w:color="4A4A49" w:themeColor="accent5"/>
          <w:right w:val="single" w:sz="8" w:space="0" w:color="4A4A49" w:themeColor="accent5"/>
        </w:tcBorders>
      </w:tcPr>
    </w:tblStylePr>
    <w:tblStylePr w:type="band1Horz">
      <w:tblPr/>
      <w:tcPr>
        <w:tcBorders>
          <w:top w:val="single" w:sz="8" w:space="0" w:color="4A4A49" w:themeColor="accent5"/>
          <w:left w:val="single" w:sz="8" w:space="0" w:color="4A4A49" w:themeColor="accent5"/>
          <w:bottom w:val="single" w:sz="8" w:space="0" w:color="4A4A49" w:themeColor="accent5"/>
          <w:right w:val="single" w:sz="8" w:space="0" w:color="4A4A49"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6ECA64" w:themeColor="accent6"/>
        <w:left w:val="single" w:sz="8" w:space="0" w:color="6ECA64" w:themeColor="accent6"/>
        <w:bottom w:val="single" w:sz="8" w:space="0" w:color="6ECA64" w:themeColor="accent6"/>
        <w:right w:val="single" w:sz="8" w:space="0" w:color="6ECA64" w:themeColor="accent6"/>
      </w:tblBorders>
    </w:tblPr>
    <w:tblStylePr w:type="firstRow">
      <w:pPr>
        <w:spacing w:before="0" w:after="0" w:line="240" w:lineRule="auto"/>
      </w:pPr>
      <w:rPr>
        <w:b/>
        <w:bCs/>
        <w:color w:val="FFFFFF" w:themeColor="background1"/>
      </w:rPr>
      <w:tblPr/>
      <w:tcPr>
        <w:shd w:val="clear" w:color="auto" w:fill="6ECA64" w:themeFill="accent6"/>
      </w:tcPr>
    </w:tblStylePr>
    <w:tblStylePr w:type="lastRow">
      <w:pPr>
        <w:spacing w:before="0" w:after="0" w:line="240" w:lineRule="auto"/>
      </w:pPr>
      <w:rPr>
        <w:b/>
        <w:bCs/>
      </w:rPr>
      <w:tblPr/>
      <w:tcPr>
        <w:tcBorders>
          <w:top w:val="double" w:sz="6" w:space="0" w:color="6ECA64" w:themeColor="accent6"/>
          <w:left w:val="single" w:sz="8" w:space="0" w:color="6ECA64" w:themeColor="accent6"/>
          <w:bottom w:val="single" w:sz="8" w:space="0" w:color="6ECA64" w:themeColor="accent6"/>
          <w:right w:val="single" w:sz="8" w:space="0" w:color="6ECA64" w:themeColor="accent6"/>
        </w:tcBorders>
      </w:tcPr>
    </w:tblStylePr>
    <w:tblStylePr w:type="firstCol">
      <w:rPr>
        <w:b/>
        <w:bCs/>
      </w:rPr>
    </w:tblStylePr>
    <w:tblStylePr w:type="lastCol">
      <w:rPr>
        <w:b/>
        <w:bCs/>
      </w:rPr>
    </w:tblStylePr>
    <w:tblStylePr w:type="band1Vert">
      <w:tblPr/>
      <w:tcPr>
        <w:tcBorders>
          <w:top w:val="single" w:sz="8" w:space="0" w:color="6ECA64" w:themeColor="accent6"/>
          <w:left w:val="single" w:sz="8" w:space="0" w:color="6ECA64" w:themeColor="accent6"/>
          <w:bottom w:val="single" w:sz="8" w:space="0" w:color="6ECA64" w:themeColor="accent6"/>
          <w:right w:val="single" w:sz="8" w:space="0" w:color="6ECA64" w:themeColor="accent6"/>
        </w:tcBorders>
      </w:tcPr>
    </w:tblStylePr>
    <w:tblStylePr w:type="band1Horz">
      <w:tblPr/>
      <w:tcPr>
        <w:tcBorders>
          <w:top w:val="single" w:sz="8" w:space="0" w:color="6ECA64" w:themeColor="accent6"/>
          <w:left w:val="single" w:sz="8" w:space="0" w:color="6ECA64" w:themeColor="accent6"/>
          <w:bottom w:val="single" w:sz="8" w:space="0" w:color="6ECA64" w:themeColor="accent6"/>
          <w:right w:val="single" w:sz="8" w:space="0" w:color="6ECA64"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262626" w:themeColor="text1"/>
        <w:left w:val="single" w:sz="8" w:space="0" w:color="262626" w:themeColor="text1"/>
        <w:bottom w:val="single" w:sz="8" w:space="0" w:color="262626" w:themeColor="text1"/>
        <w:right w:val="single" w:sz="8" w:space="0" w:color="262626" w:themeColor="text1"/>
        <w:insideH w:val="single" w:sz="8" w:space="0" w:color="262626" w:themeColor="text1"/>
        <w:insideV w:val="single" w:sz="8" w:space="0" w:color="262626"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2626" w:themeColor="text1"/>
          <w:left w:val="single" w:sz="8" w:space="0" w:color="262626" w:themeColor="text1"/>
          <w:bottom w:val="single" w:sz="18" w:space="0" w:color="262626" w:themeColor="text1"/>
          <w:right w:val="single" w:sz="8" w:space="0" w:color="262626" w:themeColor="text1"/>
          <w:insideH w:val="nil"/>
          <w:insideV w:val="single" w:sz="8" w:space="0" w:color="262626"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2626" w:themeColor="text1"/>
          <w:left w:val="single" w:sz="8" w:space="0" w:color="262626" w:themeColor="text1"/>
          <w:bottom w:val="single" w:sz="8" w:space="0" w:color="262626" w:themeColor="text1"/>
          <w:right w:val="single" w:sz="8" w:space="0" w:color="262626" w:themeColor="text1"/>
          <w:insideH w:val="nil"/>
          <w:insideV w:val="single" w:sz="8" w:space="0" w:color="262626"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2626" w:themeColor="text1"/>
          <w:left w:val="single" w:sz="8" w:space="0" w:color="262626" w:themeColor="text1"/>
          <w:bottom w:val="single" w:sz="8" w:space="0" w:color="262626" w:themeColor="text1"/>
          <w:right w:val="single" w:sz="8" w:space="0" w:color="262626" w:themeColor="text1"/>
        </w:tcBorders>
      </w:tcPr>
    </w:tblStylePr>
    <w:tblStylePr w:type="band1Vert">
      <w:tblPr/>
      <w:tcPr>
        <w:tcBorders>
          <w:top w:val="single" w:sz="8" w:space="0" w:color="262626" w:themeColor="text1"/>
          <w:left w:val="single" w:sz="8" w:space="0" w:color="262626" w:themeColor="text1"/>
          <w:bottom w:val="single" w:sz="8" w:space="0" w:color="262626" w:themeColor="text1"/>
          <w:right w:val="single" w:sz="8" w:space="0" w:color="262626" w:themeColor="text1"/>
        </w:tcBorders>
        <w:shd w:val="clear" w:color="auto" w:fill="C9C9C9" w:themeFill="text1" w:themeFillTint="3F"/>
      </w:tcPr>
    </w:tblStylePr>
    <w:tblStylePr w:type="band1Horz">
      <w:tblPr/>
      <w:tcPr>
        <w:tcBorders>
          <w:top w:val="single" w:sz="8" w:space="0" w:color="262626" w:themeColor="text1"/>
          <w:left w:val="single" w:sz="8" w:space="0" w:color="262626" w:themeColor="text1"/>
          <w:bottom w:val="single" w:sz="8" w:space="0" w:color="262626" w:themeColor="text1"/>
          <w:right w:val="single" w:sz="8" w:space="0" w:color="262626" w:themeColor="text1"/>
          <w:insideV w:val="single" w:sz="8" w:space="0" w:color="262626" w:themeColor="text1"/>
        </w:tcBorders>
        <w:shd w:val="clear" w:color="auto" w:fill="C9C9C9" w:themeFill="text1" w:themeFillTint="3F"/>
      </w:tcPr>
    </w:tblStylePr>
    <w:tblStylePr w:type="band2Horz">
      <w:tblPr/>
      <w:tcPr>
        <w:tcBorders>
          <w:top w:val="single" w:sz="8" w:space="0" w:color="262626" w:themeColor="text1"/>
          <w:left w:val="single" w:sz="8" w:space="0" w:color="262626" w:themeColor="text1"/>
          <w:bottom w:val="single" w:sz="8" w:space="0" w:color="262626" w:themeColor="text1"/>
          <w:right w:val="single" w:sz="8" w:space="0" w:color="262626" w:themeColor="text1"/>
          <w:insideV w:val="single" w:sz="8" w:space="0" w:color="262626"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09C36" w:themeColor="accent1"/>
        <w:left w:val="single" w:sz="8" w:space="0" w:color="409C36" w:themeColor="accent1"/>
        <w:bottom w:val="single" w:sz="8" w:space="0" w:color="409C36" w:themeColor="accent1"/>
        <w:right w:val="single" w:sz="8" w:space="0" w:color="409C36" w:themeColor="accent1"/>
        <w:insideH w:val="single" w:sz="8" w:space="0" w:color="409C36" w:themeColor="accent1"/>
        <w:insideV w:val="single" w:sz="8" w:space="0" w:color="409C3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09C36" w:themeColor="accent1"/>
          <w:left w:val="single" w:sz="8" w:space="0" w:color="409C36" w:themeColor="accent1"/>
          <w:bottom w:val="single" w:sz="18" w:space="0" w:color="409C36" w:themeColor="accent1"/>
          <w:right w:val="single" w:sz="8" w:space="0" w:color="409C36" w:themeColor="accent1"/>
          <w:insideH w:val="nil"/>
          <w:insideV w:val="single" w:sz="8" w:space="0" w:color="409C3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09C36" w:themeColor="accent1"/>
          <w:left w:val="single" w:sz="8" w:space="0" w:color="409C36" w:themeColor="accent1"/>
          <w:bottom w:val="single" w:sz="8" w:space="0" w:color="409C36" w:themeColor="accent1"/>
          <w:right w:val="single" w:sz="8" w:space="0" w:color="409C36" w:themeColor="accent1"/>
          <w:insideH w:val="nil"/>
          <w:insideV w:val="single" w:sz="8" w:space="0" w:color="409C3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09C36" w:themeColor="accent1"/>
          <w:left w:val="single" w:sz="8" w:space="0" w:color="409C36" w:themeColor="accent1"/>
          <w:bottom w:val="single" w:sz="8" w:space="0" w:color="409C36" w:themeColor="accent1"/>
          <w:right w:val="single" w:sz="8" w:space="0" w:color="409C36" w:themeColor="accent1"/>
        </w:tcBorders>
      </w:tcPr>
    </w:tblStylePr>
    <w:tblStylePr w:type="band1Vert">
      <w:tblPr/>
      <w:tcPr>
        <w:tcBorders>
          <w:top w:val="single" w:sz="8" w:space="0" w:color="409C36" w:themeColor="accent1"/>
          <w:left w:val="single" w:sz="8" w:space="0" w:color="409C36" w:themeColor="accent1"/>
          <w:bottom w:val="single" w:sz="8" w:space="0" w:color="409C36" w:themeColor="accent1"/>
          <w:right w:val="single" w:sz="8" w:space="0" w:color="409C36" w:themeColor="accent1"/>
        </w:tcBorders>
        <w:shd w:val="clear" w:color="auto" w:fill="CBECC7" w:themeFill="accent1" w:themeFillTint="3F"/>
      </w:tcPr>
    </w:tblStylePr>
    <w:tblStylePr w:type="band1Horz">
      <w:tblPr/>
      <w:tcPr>
        <w:tcBorders>
          <w:top w:val="single" w:sz="8" w:space="0" w:color="409C36" w:themeColor="accent1"/>
          <w:left w:val="single" w:sz="8" w:space="0" w:color="409C36" w:themeColor="accent1"/>
          <w:bottom w:val="single" w:sz="8" w:space="0" w:color="409C36" w:themeColor="accent1"/>
          <w:right w:val="single" w:sz="8" w:space="0" w:color="409C36" w:themeColor="accent1"/>
          <w:insideV w:val="single" w:sz="8" w:space="0" w:color="409C36" w:themeColor="accent1"/>
        </w:tcBorders>
        <w:shd w:val="clear" w:color="auto" w:fill="CBECC7" w:themeFill="accent1" w:themeFillTint="3F"/>
      </w:tcPr>
    </w:tblStylePr>
    <w:tblStylePr w:type="band2Horz">
      <w:tblPr/>
      <w:tcPr>
        <w:tcBorders>
          <w:top w:val="single" w:sz="8" w:space="0" w:color="409C36" w:themeColor="accent1"/>
          <w:left w:val="single" w:sz="8" w:space="0" w:color="409C36" w:themeColor="accent1"/>
          <w:bottom w:val="single" w:sz="8" w:space="0" w:color="409C36" w:themeColor="accent1"/>
          <w:right w:val="single" w:sz="8" w:space="0" w:color="409C36" w:themeColor="accent1"/>
          <w:insideV w:val="single" w:sz="8" w:space="0" w:color="409C36"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67309" w:themeColor="accent2"/>
        <w:left w:val="single" w:sz="8" w:space="0" w:color="E67309" w:themeColor="accent2"/>
        <w:bottom w:val="single" w:sz="8" w:space="0" w:color="E67309" w:themeColor="accent2"/>
        <w:right w:val="single" w:sz="8" w:space="0" w:color="E67309" w:themeColor="accent2"/>
        <w:insideH w:val="single" w:sz="8" w:space="0" w:color="E67309" w:themeColor="accent2"/>
        <w:insideV w:val="single" w:sz="8" w:space="0" w:color="E6730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7309" w:themeColor="accent2"/>
          <w:left w:val="single" w:sz="8" w:space="0" w:color="E67309" w:themeColor="accent2"/>
          <w:bottom w:val="single" w:sz="18" w:space="0" w:color="E67309" w:themeColor="accent2"/>
          <w:right w:val="single" w:sz="8" w:space="0" w:color="E67309" w:themeColor="accent2"/>
          <w:insideH w:val="nil"/>
          <w:insideV w:val="single" w:sz="8" w:space="0" w:color="E6730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7309" w:themeColor="accent2"/>
          <w:left w:val="single" w:sz="8" w:space="0" w:color="E67309" w:themeColor="accent2"/>
          <w:bottom w:val="single" w:sz="8" w:space="0" w:color="E67309" w:themeColor="accent2"/>
          <w:right w:val="single" w:sz="8" w:space="0" w:color="E67309" w:themeColor="accent2"/>
          <w:insideH w:val="nil"/>
          <w:insideV w:val="single" w:sz="8" w:space="0" w:color="E6730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7309" w:themeColor="accent2"/>
          <w:left w:val="single" w:sz="8" w:space="0" w:color="E67309" w:themeColor="accent2"/>
          <w:bottom w:val="single" w:sz="8" w:space="0" w:color="E67309" w:themeColor="accent2"/>
          <w:right w:val="single" w:sz="8" w:space="0" w:color="E67309" w:themeColor="accent2"/>
        </w:tcBorders>
      </w:tcPr>
    </w:tblStylePr>
    <w:tblStylePr w:type="band1Vert">
      <w:tblPr/>
      <w:tcPr>
        <w:tcBorders>
          <w:top w:val="single" w:sz="8" w:space="0" w:color="E67309" w:themeColor="accent2"/>
          <w:left w:val="single" w:sz="8" w:space="0" w:color="E67309" w:themeColor="accent2"/>
          <w:bottom w:val="single" w:sz="8" w:space="0" w:color="E67309" w:themeColor="accent2"/>
          <w:right w:val="single" w:sz="8" w:space="0" w:color="E67309" w:themeColor="accent2"/>
        </w:tcBorders>
        <w:shd w:val="clear" w:color="auto" w:fill="FCDCBE" w:themeFill="accent2" w:themeFillTint="3F"/>
      </w:tcPr>
    </w:tblStylePr>
    <w:tblStylePr w:type="band1Horz">
      <w:tblPr/>
      <w:tcPr>
        <w:tcBorders>
          <w:top w:val="single" w:sz="8" w:space="0" w:color="E67309" w:themeColor="accent2"/>
          <w:left w:val="single" w:sz="8" w:space="0" w:color="E67309" w:themeColor="accent2"/>
          <w:bottom w:val="single" w:sz="8" w:space="0" w:color="E67309" w:themeColor="accent2"/>
          <w:right w:val="single" w:sz="8" w:space="0" w:color="E67309" w:themeColor="accent2"/>
          <w:insideV w:val="single" w:sz="8" w:space="0" w:color="E67309" w:themeColor="accent2"/>
        </w:tcBorders>
        <w:shd w:val="clear" w:color="auto" w:fill="FCDCBE" w:themeFill="accent2" w:themeFillTint="3F"/>
      </w:tcPr>
    </w:tblStylePr>
    <w:tblStylePr w:type="band2Horz">
      <w:tblPr/>
      <w:tcPr>
        <w:tcBorders>
          <w:top w:val="single" w:sz="8" w:space="0" w:color="E67309" w:themeColor="accent2"/>
          <w:left w:val="single" w:sz="8" w:space="0" w:color="E67309" w:themeColor="accent2"/>
          <w:bottom w:val="single" w:sz="8" w:space="0" w:color="E67309" w:themeColor="accent2"/>
          <w:right w:val="single" w:sz="8" w:space="0" w:color="E67309" w:themeColor="accent2"/>
          <w:insideV w:val="single" w:sz="8" w:space="0" w:color="E67309"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EFCB37" w:themeColor="accent3"/>
        <w:left w:val="single" w:sz="8" w:space="0" w:color="EFCB37" w:themeColor="accent3"/>
        <w:bottom w:val="single" w:sz="8" w:space="0" w:color="EFCB37" w:themeColor="accent3"/>
        <w:right w:val="single" w:sz="8" w:space="0" w:color="EFCB37" w:themeColor="accent3"/>
        <w:insideH w:val="single" w:sz="8" w:space="0" w:color="EFCB37" w:themeColor="accent3"/>
        <w:insideV w:val="single" w:sz="8" w:space="0" w:color="EFCB3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CB37" w:themeColor="accent3"/>
          <w:left w:val="single" w:sz="8" w:space="0" w:color="EFCB37" w:themeColor="accent3"/>
          <w:bottom w:val="single" w:sz="18" w:space="0" w:color="EFCB37" w:themeColor="accent3"/>
          <w:right w:val="single" w:sz="8" w:space="0" w:color="EFCB37" w:themeColor="accent3"/>
          <w:insideH w:val="nil"/>
          <w:insideV w:val="single" w:sz="8" w:space="0" w:color="EFCB3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CB37" w:themeColor="accent3"/>
          <w:left w:val="single" w:sz="8" w:space="0" w:color="EFCB37" w:themeColor="accent3"/>
          <w:bottom w:val="single" w:sz="8" w:space="0" w:color="EFCB37" w:themeColor="accent3"/>
          <w:right w:val="single" w:sz="8" w:space="0" w:color="EFCB37" w:themeColor="accent3"/>
          <w:insideH w:val="nil"/>
          <w:insideV w:val="single" w:sz="8" w:space="0" w:color="EFCB3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CB37" w:themeColor="accent3"/>
          <w:left w:val="single" w:sz="8" w:space="0" w:color="EFCB37" w:themeColor="accent3"/>
          <w:bottom w:val="single" w:sz="8" w:space="0" w:color="EFCB37" w:themeColor="accent3"/>
          <w:right w:val="single" w:sz="8" w:space="0" w:color="EFCB37" w:themeColor="accent3"/>
        </w:tcBorders>
      </w:tcPr>
    </w:tblStylePr>
    <w:tblStylePr w:type="band1Vert">
      <w:tblPr/>
      <w:tcPr>
        <w:tcBorders>
          <w:top w:val="single" w:sz="8" w:space="0" w:color="EFCB37" w:themeColor="accent3"/>
          <w:left w:val="single" w:sz="8" w:space="0" w:color="EFCB37" w:themeColor="accent3"/>
          <w:bottom w:val="single" w:sz="8" w:space="0" w:color="EFCB37" w:themeColor="accent3"/>
          <w:right w:val="single" w:sz="8" w:space="0" w:color="EFCB37" w:themeColor="accent3"/>
        </w:tcBorders>
        <w:shd w:val="clear" w:color="auto" w:fill="FBF2CD" w:themeFill="accent3" w:themeFillTint="3F"/>
      </w:tcPr>
    </w:tblStylePr>
    <w:tblStylePr w:type="band1Horz">
      <w:tblPr/>
      <w:tcPr>
        <w:tcBorders>
          <w:top w:val="single" w:sz="8" w:space="0" w:color="EFCB37" w:themeColor="accent3"/>
          <w:left w:val="single" w:sz="8" w:space="0" w:color="EFCB37" w:themeColor="accent3"/>
          <w:bottom w:val="single" w:sz="8" w:space="0" w:color="EFCB37" w:themeColor="accent3"/>
          <w:right w:val="single" w:sz="8" w:space="0" w:color="EFCB37" w:themeColor="accent3"/>
          <w:insideV w:val="single" w:sz="8" w:space="0" w:color="EFCB37" w:themeColor="accent3"/>
        </w:tcBorders>
        <w:shd w:val="clear" w:color="auto" w:fill="FBF2CD" w:themeFill="accent3" w:themeFillTint="3F"/>
      </w:tcPr>
    </w:tblStylePr>
    <w:tblStylePr w:type="band2Horz">
      <w:tblPr/>
      <w:tcPr>
        <w:tcBorders>
          <w:top w:val="single" w:sz="8" w:space="0" w:color="EFCB37" w:themeColor="accent3"/>
          <w:left w:val="single" w:sz="8" w:space="0" w:color="EFCB37" w:themeColor="accent3"/>
          <w:bottom w:val="single" w:sz="8" w:space="0" w:color="EFCB37" w:themeColor="accent3"/>
          <w:right w:val="single" w:sz="8" w:space="0" w:color="EFCB37" w:themeColor="accent3"/>
          <w:insideV w:val="single" w:sz="8" w:space="0" w:color="EFCB37"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3EB6E9" w:themeColor="accent4"/>
        <w:left w:val="single" w:sz="8" w:space="0" w:color="3EB6E9" w:themeColor="accent4"/>
        <w:bottom w:val="single" w:sz="8" w:space="0" w:color="3EB6E9" w:themeColor="accent4"/>
        <w:right w:val="single" w:sz="8" w:space="0" w:color="3EB6E9" w:themeColor="accent4"/>
        <w:insideH w:val="single" w:sz="8" w:space="0" w:color="3EB6E9" w:themeColor="accent4"/>
        <w:insideV w:val="single" w:sz="8" w:space="0" w:color="3EB6E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EB6E9" w:themeColor="accent4"/>
          <w:left w:val="single" w:sz="8" w:space="0" w:color="3EB6E9" w:themeColor="accent4"/>
          <w:bottom w:val="single" w:sz="18" w:space="0" w:color="3EB6E9" w:themeColor="accent4"/>
          <w:right w:val="single" w:sz="8" w:space="0" w:color="3EB6E9" w:themeColor="accent4"/>
          <w:insideH w:val="nil"/>
          <w:insideV w:val="single" w:sz="8" w:space="0" w:color="3EB6E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EB6E9" w:themeColor="accent4"/>
          <w:left w:val="single" w:sz="8" w:space="0" w:color="3EB6E9" w:themeColor="accent4"/>
          <w:bottom w:val="single" w:sz="8" w:space="0" w:color="3EB6E9" w:themeColor="accent4"/>
          <w:right w:val="single" w:sz="8" w:space="0" w:color="3EB6E9" w:themeColor="accent4"/>
          <w:insideH w:val="nil"/>
          <w:insideV w:val="single" w:sz="8" w:space="0" w:color="3EB6E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EB6E9" w:themeColor="accent4"/>
          <w:left w:val="single" w:sz="8" w:space="0" w:color="3EB6E9" w:themeColor="accent4"/>
          <w:bottom w:val="single" w:sz="8" w:space="0" w:color="3EB6E9" w:themeColor="accent4"/>
          <w:right w:val="single" w:sz="8" w:space="0" w:color="3EB6E9" w:themeColor="accent4"/>
        </w:tcBorders>
      </w:tcPr>
    </w:tblStylePr>
    <w:tblStylePr w:type="band1Vert">
      <w:tblPr/>
      <w:tcPr>
        <w:tcBorders>
          <w:top w:val="single" w:sz="8" w:space="0" w:color="3EB6E9" w:themeColor="accent4"/>
          <w:left w:val="single" w:sz="8" w:space="0" w:color="3EB6E9" w:themeColor="accent4"/>
          <w:bottom w:val="single" w:sz="8" w:space="0" w:color="3EB6E9" w:themeColor="accent4"/>
          <w:right w:val="single" w:sz="8" w:space="0" w:color="3EB6E9" w:themeColor="accent4"/>
        </w:tcBorders>
        <w:shd w:val="clear" w:color="auto" w:fill="CFECF9" w:themeFill="accent4" w:themeFillTint="3F"/>
      </w:tcPr>
    </w:tblStylePr>
    <w:tblStylePr w:type="band1Horz">
      <w:tblPr/>
      <w:tcPr>
        <w:tcBorders>
          <w:top w:val="single" w:sz="8" w:space="0" w:color="3EB6E9" w:themeColor="accent4"/>
          <w:left w:val="single" w:sz="8" w:space="0" w:color="3EB6E9" w:themeColor="accent4"/>
          <w:bottom w:val="single" w:sz="8" w:space="0" w:color="3EB6E9" w:themeColor="accent4"/>
          <w:right w:val="single" w:sz="8" w:space="0" w:color="3EB6E9" w:themeColor="accent4"/>
          <w:insideV w:val="single" w:sz="8" w:space="0" w:color="3EB6E9" w:themeColor="accent4"/>
        </w:tcBorders>
        <w:shd w:val="clear" w:color="auto" w:fill="CFECF9" w:themeFill="accent4" w:themeFillTint="3F"/>
      </w:tcPr>
    </w:tblStylePr>
    <w:tblStylePr w:type="band2Horz">
      <w:tblPr/>
      <w:tcPr>
        <w:tcBorders>
          <w:top w:val="single" w:sz="8" w:space="0" w:color="3EB6E9" w:themeColor="accent4"/>
          <w:left w:val="single" w:sz="8" w:space="0" w:color="3EB6E9" w:themeColor="accent4"/>
          <w:bottom w:val="single" w:sz="8" w:space="0" w:color="3EB6E9" w:themeColor="accent4"/>
          <w:right w:val="single" w:sz="8" w:space="0" w:color="3EB6E9" w:themeColor="accent4"/>
          <w:insideV w:val="single" w:sz="8" w:space="0" w:color="3EB6E9"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A4A49" w:themeColor="accent5"/>
        <w:left w:val="single" w:sz="8" w:space="0" w:color="4A4A49" w:themeColor="accent5"/>
        <w:bottom w:val="single" w:sz="8" w:space="0" w:color="4A4A49" w:themeColor="accent5"/>
        <w:right w:val="single" w:sz="8" w:space="0" w:color="4A4A49" w:themeColor="accent5"/>
        <w:insideH w:val="single" w:sz="8" w:space="0" w:color="4A4A49" w:themeColor="accent5"/>
        <w:insideV w:val="single" w:sz="8" w:space="0" w:color="4A4A4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A4A49" w:themeColor="accent5"/>
          <w:left w:val="single" w:sz="8" w:space="0" w:color="4A4A49" w:themeColor="accent5"/>
          <w:bottom w:val="single" w:sz="18" w:space="0" w:color="4A4A49" w:themeColor="accent5"/>
          <w:right w:val="single" w:sz="8" w:space="0" w:color="4A4A49" w:themeColor="accent5"/>
          <w:insideH w:val="nil"/>
          <w:insideV w:val="single" w:sz="8" w:space="0" w:color="4A4A4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A4A49" w:themeColor="accent5"/>
          <w:left w:val="single" w:sz="8" w:space="0" w:color="4A4A49" w:themeColor="accent5"/>
          <w:bottom w:val="single" w:sz="8" w:space="0" w:color="4A4A49" w:themeColor="accent5"/>
          <w:right w:val="single" w:sz="8" w:space="0" w:color="4A4A49" w:themeColor="accent5"/>
          <w:insideH w:val="nil"/>
          <w:insideV w:val="single" w:sz="8" w:space="0" w:color="4A4A4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A4A49" w:themeColor="accent5"/>
          <w:left w:val="single" w:sz="8" w:space="0" w:color="4A4A49" w:themeColor="accent5"/>
          <w:bottom w:val="single" w:sz="8" w:space="0" w:color="4A4A49" w:themeColor="accent5"/>
          <w:right w:val="single" w:sz="8" w:space="0" w:color="4A4A49" w:themeColor="accent5"/>
        </w:tcBorders>
      </w:tcPr>
    </w:tblStylePr>
    <w:tblStylePr w:type="band1Vert">
      <w:tblPr/>
      <w:tcPr>
        <w:tcBorders>
          <w:top w:val="single" w:sz="8" w:space="0" w:color="4A4A49" w:themeColor="accent5"/>
          <w:left w:val="single" w:sz="8" w:space="0" w:color="4A4A49" w:themeColor="accent5"/>
          <w:bottom w:val="single" w:sz="8" w:space="0" w:color="4A4A49" w:themeColor="accent5"/>
          <w:right w:val="single" w:sz="8" w:space="0" w:color="4A4A49" w:themeColor="accent5"/>
        </w:tcBorders>
        <w:shd w:val="clear" w:color="auto" w:fill="D2D2D1" w:themeFill="accent5" w:themeFillTint="3F"/>
      </w:tcPr>
    </w:tblStylePr>
    <w:tblStylePr w:type="band1Horz">
      <w:tblPr/>
      <w:tcPr>
        <w:tcBorders>
          <w:top w:val="single" w:sz="8" w:space="0" w:color="4A4A49" w:themeColor="accent5"/>
          <w:left w:val="single" w:sz="8" w:space="0" w:color="4A4A49" w:themeColor="accent5"/>
          <w:bottom w:val="single" w:sz="8" w:space="0" w:color="4A4A49" w:themeColor="accent5"/>
          <w:right w:val="single" w:sz="8" w:space="0" w:color="4A4A49" w:themeColor="accent5"/>
          <w:insideV w:val="single" w:sz="8" w:space="0" w:color="4A4A49" w:themeColor="accent5"/>
        </w:tcBorders>
        <w:shd w:val="clear" w:color="auto" w:fill="D2D2D1" w:themeFill="accent5" w:themeFillTint="3F"/>
      </w:tcPr>
    </w:tblStylePr>
    <w:tblStylePr w:type="band2Horz">
      <w:tblPr/>
      <w:tcPr>
        <w:tcBorders>
          <w:top w:val="single" w:sz="8" w:space="0" w:color="4A4A49" w:themeColor="accent5"/>
          <w:left w:val="single" w:sz="8" w:space="0" w:color="4A4A49" w:themeColor="accent5"/>
          <w:bottom w:val="single" w:sz="8" w:space="0" w:color="4A4A49" w:themeColor="accent5"/>
          <w:right w:val="single" w:sz="8" w:space="0" w:color="4A4A49" w:themeColor="accent5"/>
          <w:insideV w:val="single" w:sz="8" w:space="0" w:color="4A4A49"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6ECA64" w:themeColor="accent6"/>
        <w:left w:val="single" w:sz="8" w:space="0" w:color="6ECA64" w:themeColor="accent6"/>
        <w:bottom w:val="single" w:sz="8" w:space="0" w:color="6ECA64" w:themeColor="accent6"/>
        <w:right w:val="single" w:sz="8" w:space="0" w:color="6ECA64" w:themeColor="accent6"/>
        <w:insideH w:val="single" w:sz="8" w:space="0" w:color="6ECA64" w:themeColor="accent6"/>
        <w:insideV w:val="single" w:sz="8" w:space="0" w:color="6ECA6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CA64" w:themeColor="accent6"/>
          <w:left w:val="single" w:sz="8" w:space="0" w:color="6ECA64" w:themeColor="accent6"/>
          <w:bottom w:val="single" w:sz="18" w:space="0" w:color="6ECA64" w:themeColor="accent6"/>
          <w:right w:val="single" w:sz="8" w:space="0" w:color="6ECA64" w:themeColor="accent6"/>
          <w:insideH w:val="nil"/>
          <w:insideV w:val="single" w:sz="8" w:space="0" w:color="6ECA6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CA64" w:themeColor="accent6"/>
          <w:left w:val="single" w:sz="8" w:space="0" w:color="6ECA64" w:themeColor="accent6"/>
          <w:bottom w:val="single" w:sz="8" w:space="0" w:color="6ECA64" w:themeColor="accent6"/>
          <w:right w:val="single" w:sz="8" w:space="0" w:color="6ECA64" w:themeColor="accent6"/>
          <w:insideH w:val="nil"/>
          <w:insideV w:val="single" w:sz="8" w:space="0" w:color="6ECA6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CA64" w:themeColor="accent6"/>
          <w:left w:val="single" w:sz="8" w:space="0" w:color="6ECA64" w:themeColor="accent6"/>
          <w:bottom w:val="single" w:sz="8" w:space="0" w:color="6ECA64" w:themeColor="accent6"/>
          <w:right w:val="single" w:sz="8" w:space="0" w:color="6ECA64" w:themeColor="accent6"/>
        </w:tcBorders>
      </w:tcPr>
    </w:tblStylePr>
    <w:tblStylePr w:type="band1Vert">
      <w:tblPr/>
      <w:tcPr>
        <w:tcBorders>
          <w:top w:val="single" w:sz="8" w:space="0" w:color="6ECA64" w:themeColor="accent6"/>
          <w:left w:val="single" w:sz="8" w:space="0" w:color="6ECA64" w:themeColor="accent6"/>
          <w:bottom w:val="single" w:sz="8" w:space="0" w:color="6ECA64" w:themeColor="accent6"/>
          <w:right w:val="single" w:sz="8" w:space="0" w:color="6ECA64" w:themeColor="accent6"/>
        </w:tcBorders>
        <w:shd w:val="clear" w:color="auto" w:fill="DAF1D8" w:themeFill="accent6" w:themeFillTint="3F"/>
      </w:tcPr>
    </w:tblStylePr>
    <w:tblStylePr w:type="band1Horz">
      <w:tblPr/>
      <w:tcPr>
        <w:tcBorders>
          <w:top w:val="single" w:sz="8" w:space="0" w:color="6ECA64" w:themeColor="accent6"/>
          <w:left w:val="single" w:sz="8" w:space="0" w:color="6ECA64" w:themeColor="accent6"/>
          <w:bottom w:val="single" w:sz="8" w:space="0" w:color="6ECA64" w:themeColor="accent6"/>
          <w:right w:val="single" w:sz="8" w:space="0" w:color="6ECA64" w:themeColor="accent6"/>
          <w:insideV w:val="single" w:sz="8" w:space="0" w:color="6ECA64" w:themeColor="accent6"/>
        </w:tcBorders>
        <w:shd w:val="clear" w:color="auto" w:fill="DAF1D8" w:themeFill="accent6" w:themeFillTint="3F"/>
      </w:tcPr>
    </w:tblStylePr>
    <w:tblStylePr w:type="band2Horz">
      <w:tblPr/>
      <w:tcPr>
        <w:tcBorders>
          <w:top w:val="single" w:sz="8" w:space="0" w:color="6ECA64" w:themeColor="accent6"/>
          <w:left w:val="single" w:sz="8" w:space="0" w:color="6ECA64" w:themeColor="accent6"/>
          <w:bottom w:val="single" w:sz="8" w:space="0" w:color="6ECA64" w:themeColor="accent6"/>
          <w:right w:val="single" w:sz="8" w:space="0" w:color="6ECA64" w:themeColor="accent6"/>
          <w:insideV w:val="single" w:sz="8" w:space="0" w:color="6ECA64"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5C5C5C" w:themeColor="text1" w:themeTint="BF"/>
        <w:left w:val="single" w:sz="8" w:space="0" w:color="5C5C5C" w:themeColor="text1" w:themeTint="BF"/>
        <w:bottom w:val="single" w:sz="8" w:space="0" w:color="5C5C5C" w:themeColor="text1" w:themeTint="BF"/>
        <w:right w:val="single" w:sz="8" w:space="0" w:color="5C5C5C" w:themeColor="text1" w:themeTint="BF"/>
        <w:insideH w:val="single" w:sz="8" w:space="0" w:color="5C5C5C" w:themeColor="text1" w:themeTint="BF"/>
      </w:tblBorders>
    </w:tblPr>
    <w:tblStylePr w:type="firstRow">
      <w:pPr>
        <w:spacing w:before="0" w:after="0" w:line="240" w:lineRule="auto"/>
      </w:pPr>
      <w:rPr>
        <w:b/>
        <w:bCs/>
        <w:color w:val="FFFFFF" w:themeColor="background1"/>
      </w:rPr>
      <w:tblPr/>
      <w:tcPr>
        <w:tcBorders>
          <w:top w:val="single" w:sz="8" w:space="0" w:color="5C5C5C" w:themeColor="text1" w:themeTint="BF"/>
          <w:left w:val="single" w:sz="8" w:space="0" w:color="5C5C5C" w:themeColor="text1" w:themeTint="BF"/>
          <w:bottom w:val="single" w:sz="8" w:space="0" w:color="5C5C5C" w:themeColor="text1" w:themeTint="BF"/>
          <w:right w:val="single" w:sz="8" w:space="0" w:color="5C5C5C" w:themeColor="text1" w:themeTint="BF"/>
          <w:insideH w:val="nil"/>
          <w:insideV w:val="nil"/>
        </w:tcBorders>
        <w:shd w:val="clear" w:color="auto" w:fill="262626" w:themeFill="text1"/>
      </w:tcPr>
    </w:tblStylePr>
    <w:tblStylePr w:type="lastRow">
      <w:pPr>
        <w:spacing w:before="0" w:after="0" w:line="240" w:lineRule="auto"/>
      </w:pPr>
      <w:rPr>
        <w:b/>
        <w:bCs/>
      </w:rPr>
      <w:tblPr/>
      <w:tcPr>
        <w:tcBorders>
          <w:top w:val="double" w:sz="6" w:space="0" w:color="5C5C5C" w:themeColor="text1" w:themeTint="BF"/>
          <w:left w:val="single" w:sz="8" w:space="0" w:color="5C5C5C" w:themeColor="text1" w:themeTint="BF"/>
          <w:bottom w:val="single" w:sz="8" w:space="0" w:color="5C5C5C" w:themeColor="text1" w:themeTint="BF"/>
          <w:right w:val="single" w:sz="8" w:space="0" w:color="5C5C5C" w:themeColor="text1" w:themeTint="BF"/>
          <w:insideH w:val="nil"/>
          <w:insideV w:val="nil"/>
        </w:tcBorders>
      </w:tcPr>
    </w:tblStylePr>
    <w:tblStylePr w:type="firstCol">
      <w:rPr>
        <w:b/>
        <w:bCs/>
      </w:rPr>
    </w:tblStylePr>
    <w:tblStylePr w:type="lastCol">
      <w:rPr>
        <w:b/>
        <w:bCs/>
      </w:rPr>
    </w:tblStylePr>
    <w:tblStylePr w:type="band1Vert">
      <w:tblPr/>
      <w:tcPr>
        <w:shd w:val="clear" w:color="auto" w:fill="C9C9C9" w:themeFill="text1" w:themeFillTint="3F"/>
      </w:tcPr>
    </w:tblStylePr>
    <w:tblStylePr w:type="band1Horz">
      <w:tblPr/>
      <w:tcPr>
        <w:tcBorders>
          <w:insideH w:val="nil"/>
          <w:insideV w:val="nil"/>
        </w:tcBorders>
        <w:shd w:val="clear" w:color="auto" w:fill="C9C9C9"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62C557" w:themeColor="accent1" w:themeTint="BF"/>
        <w:left w:val="single" w:sz="8" w:space="0" w:color="62C557" w:themeColor="accent1" w:themeTint="BF"/>
        <w:bottom w:val="single" w:sz="8" w:space="0" w:color="62C557" w:themeColor="accent1" w:themeTint="BF"/>
        <w:right w:val="single" w:sz="8" w:space="0" w:color="62C557" w:themeColor="accent1" w:themeTint="BF"/>
        <w:insideH w:val="single" w:sz="8" w:space="0" w:color="62C557" w:themeColor="accent1" w:themeTint="BF"/>
      </w:tblBorders>
    </w:tblPr>
    <w:tblStylePr w:type="firstRow">
      <w:pPr>
        <w:spacing w:before="0" w:after="0" w:line="240" w:lineRule="auto"/>
      </w:pPr>
      <w:rPr>
        <w:b/>
        <w:bCs/>
        <w:color w:val="FFFFFF" w:themeColor="background1"/>
      </w:rPr>
      <w:tblPr/>
      <w:tcPr>
        <w:tcBorders>
          <w:top w:val="single" w:sz="8" w:space="0" w:color="62C557" w:themeColor="accent1" w:themeTint="BF"/>
          <w:left w:val="single" w:sz="8" w:space="0" w:color="62C557" w:themeColor="accent1" w:themeTint="BF"/>
          <w:bottom w:val="single" w:sz="8" w:space="0" w:color="62C557" w:themeColor="accent1" w:themeTint="BF"/>
          <w:right w:val="single" w:sz="8" w:space="0" w:color="62C557" w:themeColor="accent1" w:themeTint="BF"/>
          <w:insideH w:val="nil"/>
          <w:insideV w:val="nil"/>
        </w:tcBorders>
        <w:shd w:val="clear" w:color="auto" w:fill="409C36" w:themeFill="accent1"/>
      </w:tcPr>
    </w:tblStylePr>
    <w:tblStylePr w:type="lastRow">
      <w:pPr>
        <w:spacing w:before="0" w:after="0" w:line="240" w:lineRule="auto"/>
      </w:pPr>
      <w:rPr>
        <w:b/>
        <w:bCs/>
      </w:rPr>
      <w:tblPr/>
      <w:tcPr>
        <w:tcBorders>
          <w:top w:val="double" w:sz="6" w:space="0" w:color="62C557" w:themeColor="accent1" w:themeTint="BF"/>
          <w:left w:val="single" w:sz="8" w:space="0" w:color="62C557" w:themeColor="accent1" w:themeTint="BF"/>
          <w:bottom w:val="single" w:sz="8" w:space="0" w:color="62C557" w:themeColor="accent1" w:themeTint="BF"/>
          <w:right w:val="single" w:sz="8" w:space="0" w:color="62C557" w:themeColor="accent1" w:themeTint="BF"/>
          <w:insideH w:val="nil"/>
          <w:insideV w:val="nil"/>
        </w:tcBorders>
      </w:tcPr>
    </w:tblStylePr>
    <w:tblStylePr w:type="firstCol">
      <w:rPr>
        <w:b/>
        <w:bCs/>
      </w:rPr>
    </w:tblStylePr>
    <w:tblStylePr w:type="lastCol">
      <w:rPr>
        <w:b/>
        <w:bCs/>
      </w:rPr>
    </w:tblStylePr>
    <w:tblStylePr w:type="band1Vert">
      <w:tblPr/>
      <w:tcPr>
        <w:shd w:val="clear" w:color="auto" w:fill="CBECC7" w:themeFill="accent1" w:themeFillTint="3F"/>
      </w:tcPr>
    </w:tblStylePr>
    <w:tblStylePr w:type="band1Horz">
      <w:tblPr/>
      <w:tcPr>
        <w:tcBorders>
          <w:insideH w:val="nil"/>
          <w:insideV w:val="nil"/>
        </w:tcBorders>
        <w:shd w:val="clear" w:color="auto" w:fill="CBECC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7953B" w:themeColor="accent2" w:themeTint="BF"/>
        <w:left w:val="single" w:sz="8" w:space="0" w:color="F7953B" w:themeColor="accent2" w:themeTint="BF"/>
        <w:bottom w:val="single" w:sz="8" w:space="0" w:color="F7953B" w:themeColor="accent2" w:themeTint="BF"/>
        <w:right w:val="single" w:sz="8" w:space="0" w:color="F7953B" w:themeColor="accent2" w:themeTint="BF"/>
        <w:insideH w:val="single" w:sz="8" w:space="0" w:color="F7953B" w:themeColor="accent2" w:themeTint="BF"/>
      </w:tblBorders>
    </w:tblPr>
    <w:tblStylePr w:type="firstRow">
      <w:pPr>
        <w:spacing w:before="0" w:after="0" w:line="240" w:lineRule="auto"/>
      </w:pPr>
      <w:rPr>
        <w:b/>
        <w:bCs/>
        <w:color w:val="FFFFFF" w:themeColor="background1"/>
      </w:rPr>
      <w:tblPr/>
      <w:tcPr>
        <w:tcBorders>
          <w:top w:val="single" w:sz="8" w:space="0" w:color="F7953B" w:themeColor="accent2" w:themeTint="BF"/>
          <w:left w:val="single" w:sz="8" w:space="0" w:color="F7953B" w:themeColor="accent2" w:themeTint="BF"/>
          <w:bottom w:val="single" w:sz="8" w:space="0" w:color="F7953B" w:themeColor="accent2" w:themeTint="BF"/>
          <w:right w:val="single" w:sz="8" w:space="0" w:color="F7953B" w:themeColor="accent2" w:themeTint="BF"/>
          <w:insideH w:val="nil"/>
          <w:insideV w:val="nil"/>
        </w:tcBorders>
        <w:shd w:val="clear" w:color="auto" w:fill="E67309" w:themeFill="accent2"/>
      </w:tcPr>
    </w:tblStylePr>
    <w:tblStylePr w:type="lastRow">
      <w:pPr>
        <w:spacing w:before="0" w:after="0" w:line="240" w:lineRule="auto"/>
      </w:pPr>
      <w:rPr>
        <w:b/>
        <w:bCs/>
      </w:rPr>
      <w:tblPr/>
      <w:tcPr>
        <w:tcBorders>
          <w:top w:val="double" w:sz="6" w:space="0" w:color="F7953B" w:themeColor="accent2" w:themeTint="BF"/>
          <w:left w:val="single" w:sz="8" w:space="0" w:color="F7953B" w:themeColor="accent2" w:themeTint="BF"/>
          <w:bottom w:val="single" w:sz="8" w:space="0" w:color="F7953B" w:themeColor="accent2" w:themeTint="BF"/>
          <w:right w:val="single" w:sz="8" w:space="0" w:color="F7953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DCBE" w:themeFill="accent2" w:themeFillTint="3F"/>
      </w:tcPr>
    </w:tblStylePr>
    <w:tblStylePr w:type="band1Horz">
      <w:tblPr/>
      <w:tcPr>
        <w:tcBorders>
          <w:insideH w:val="nil"/>
          <w:insideV w:val="nil"/>
        </w:tcBorders>
        <w:shd w:val="clear" w:color="auto" w:fill="FCDCBE"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F3D769" w:themeColor="accent3" w:themeTint="BF"/>
        <w:left w:val="single" w:sz="8" w:space="0" w:color="F3D769" w:themeColor="accent3" w:themeTint="BF"/>
        <w:bottom w:val="single" w:sz="8" w:space="0" w:color="F3D769" w:themeColor="accent3" w:themeTint="BF"/>
        <w:right w:val="single" w:sz="8" w:space="0" w:color="F3D769" w:themeColor="accent3" w:themeTint="BF"/>
        <w:insideH w:val="single" w:sz="8" w:space="0" w:color="F3D769" w:themeColor="accent3" w:themeTint="BF"/>
      </w:tblBorders>
    </w:tblPr>
    <w:tblStylePr w:type="firstRow">
      <w:pPr>
        <w:spacing w:before="0" w:after="0" w:line="240" w:lineRule="auto"/>
      </w:pPr>
      <w:rPr>
        <w:b/>
        <w:bCs/>
        <w:color w:val="FFFFFF" w:themeColor="background1"/>
      </w:rPr>
      <w:tblPr/>
      <w:tcPr>
        <w:tcBorders>
          <w:top w:val="single" w:sz="8" w:space="0" w:color="F3D769" w:themeColor="accent3" w:themeTint="BF"/>
          <w:left w:val="single" w:sz="8" w:space="0" w:color="F3D769" w:themeColor="accent3" w:themeTint="BF"/>
          <w:bottom w:val="single" w:sz="8" w:space="0" w:color="F3D769" w:themeColor="accent3" w:themeTint="BF"/>
          <w:right w:val="single" w:sz="8" w:space="0" w:color="F3D769" w:themeColor="accent3" w:themeTint="BF"/>
          <w:insideH w:val="nil"/>
          <w:insideV w:val="nil"/>
        </w:tcBorders>
        <w:shd w:val="clear" w:color="auto" w:fill="EFCB37" w:themeFill="accent3"/>
      </w:tcPr>
    </w:tblStylePr>
    <w:tblStylePr w:type="lastRow">
      <w:pPr>
        <w:spacing w:before="0" w:after="0" w:line="240" w:lineRule="auto"/>
      </w:pPr>
      <w:rPr>
        <w:b/>
        <w:bCs/>
      </w:rPr>
      <w:tblPr/>
      <w:tcPr>
        <w:tcBorders>
          <w:top w:val="double" w:sz="6" w:space="0" w:color="F3D769" w:themeColor="accent3" w:themeTint="BF"/>
          <w:left w:val="single" w:sz="8" w:space="0" w:color="F3D769" w:themeColor="accent3" w:themeTint="BF"/>
          <w:bottom w:val="single" w:sz="8" w:space="0" w:color="F3D769" w:themeColor="accent3" w:themeTint="BF"/>
          <w:right w:val="single" w:sz="8" w:space="0" w:color="F3D76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F2CD" w:themeFill="accent3" w:themeFillTint="3F"/>
      </w:tcPr>
    </w:tblStylePr>
    <w:tblStylePr w:type="band1Horz">
      <w:tblPr/>
      <w:tcPr>
        <w:tcBorders>
          <w:insideH w:val="nil"/>
          <w:insideV w:val="nil"/>
        </w:tcBorders>
        <w:shd w:val="clear" w:color="auto" w:fill="FBF2CD"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6EC7EE" w:themeColor="accent4" w:themeTint="BF"/>
        <w:left w:val="single" w:sz="8" w:space="0" w:color="6EC7EE" w:themeColor="accent4" w:themeTint="BF"/>
        <w:bottom w:val="single" w:sz="8" w:space="0" w:color="6EC7EE" w:themeColor="accent4" w:themeTint="BF"/>
        <w:right w:val="single" w:sz="8" w:space="0" w:color="6EC7EE" w:themeColor="accent4" w:themeTint="BF"/>
        <w:insideH w:val="single" w:sz="8" w:space="0" w:color="6EC7EE" w:themeColor="accent4" w:themeTint="BF"/>
      </w:tblBorders>
    </w:tblPr>
    <w:tblStylePr w:type="firstRow">
      <w:pPr>
        <w:spacing w:before="0" w:after="0" w:line="240" w:lineRule="auto"/>
      </w:pPr>
      <w:rPr>
        <w:b/>
        <w:bCs/>
        <w:color w:val="FFFFFF" w:themeColor="background1"/>
      </w:rPr>
      <w:tblPr/>
      <w:tcPr>
        <w:tcBorders>
          <w:top w:val="single" w:sz="8" w:space="0" w:color="6EC7EE" w:themeColor="accent4" w:themeTint="BF"/>
          <w:left w:val="single" w:sz="8" w:space="0" w:color="6EC7EE" w:themeColor="accent4" w:themeTint="BF"/>
          <w:bottom w:val="single" w:sz="8" w:space="0" w:color="6EC7EE" w:themeColor="accent4" w:themeTint="BF"/>
          <w:right w:val="single" w:sz="8" w:space="0" w:color="6EC7EE" w:themeColor="accent4" w:themeTint="BF"/>
          <w:insideH w:val="nil"/>
          <w:insideV w:val="nil"/>
        </w:tcBorders>
        <w:shd w:val="clear" w:color="auto" w:fill="3EB6E9" w:themeFill="accent4"/>
      </w:tcPr>
    </w:tblStylePr>
    <w:tblStylePr w:type="lastRow">
      <w:pPr>
        <w:spacing w:before="0" w:after="0" w:line="240" w:lineRule="auto"/>
      </w:pPr>
      <w:rPr>
        <w:b/>
        <w:bCs/>
      </w:rPr>
      <w:tblPr/>
      <w:tcPr>
        <w:tcBorders>
          <w:top w:val="double" w:sz="6" w:space="0" w:color="6EC7EE" w:themeColor="accent4" w:themeTint="BF"/>
          <w:left w:val="single" w:sz="8" w:space="0" w:color="6EC7EE" w:themeColor="accent4" w:themeTint="BF"/>
          <w:bottom w:val="single" w:sz="8" w:space="0" w:color="6EC7EE" w:themeColor="accent4" w:themeTint="BF"/>
          <w:right w:val="single" w:sz="8" w:space="0" w:color="6EC7EE" w:themeColor="accent4" w:themeTint="BF"/>
          <w:insideH w:val="nil"/>
          <w:insideV w:val="nil"/>
        </w:tcBorders>
      </w:tcPr>
    </w:tblStylePr>
    <w:tblStylePr w:type="firstCol">
      <w:rPr>
        <w:b/>
        <w:bCs/>
      </w:rPr>
    </w:tblStylePr>
    <w:tblStylePr w:type="lastCol">
      <w:rPr>
        <w:b/>
        <w:bCs/>
      </w:rPr>
    </w:tblStylePr>
    <w:tblStylePr w:type="band1Vert">
      <w:tblPr/>
      <w:tcPr>
        <w:shd w:val="clear" w:color="auto" w:fill="CFECF9" w:themeFill="accent4" w:themeFillTint="3F"/>
      </w:tcPr>
    </w:tblStylePr>
    <w:tblStylePr w:type="band1Horz">
      <w:tblPr/>
      <w:tcPr>
        <w:tcBorders>
          <w:insideH w:val="nil"/>
          <w:insideV w:val="nil"/>
        </w:tcBorders>
        <w:shd w:val="clear" w:color="auto" w:fill="CFECF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77776" w:themeColor="accent5" w:themeTint="BF"/>
        <w:left w:val="single" w:sz="8" w:space="0" w:color="777776" w:themeColor="accent5" w:themeTint="BF"/>
        <w:bottom w:val="single" w:sz="8" w:space="0" w:color="777776" w:themeColor="accent5" w:themeTint="BF"/>
        <w:right w:val="single" w:sz="8" w:space="0" w:color="777776" w:themeColor="accent5" w:themeTint="BF"/>
        <w:insideH w:val="single" w:sz="8" w:space="0" w:color="777776" w:themeColor="accent5" w:themeTint="BF"/>
      </w:tblBorders>
    </w:tblPr>
    <w:tblStylePr w:type="firstRow">
      <w:pPr>
        <w:spacing w:before="0" w:after="0" w:line="240" w:lineRule="auto"/>
      </w:pPr>
      <w:rPr>
        <w:b/>
        <w:bCs/>
        <w:color w:val="FFFFFF" w:themeColor="background1"/>
      </w:rPr>
      <w:tblPr/>
      <w:tcPr>
        <w:tcBorders>
          <w:top w:val="single" w:sz="8" w:space="0" w:color="777776" w:themeColor="accent5" w:themeTint="BF"/>
          <w:left w:val="single" w:sz="8" w:space="0" w:color="777776" w:themeColor="accent5" w:themeTint="BF"/>
          <w:bottom w:val="single" w:sz="8" w:space="0" w:color="777776" w:themeColor="accent5" w:themeTint="BF"/>
          <w:right w:val="single" w:sz="8" w:space="0" w:color="777776" w:themeColor="accent5" w:themeTint="BF"/>
          <w:insideH w:val="nil"/>
          <w:insideV w:val="nil"/>
        </w:tcBorders>
        <w:shd w:val="clear" w:color="auto" w:fill="4A4A49" w:themeFill="accent5"/>
      </w:tcPr>
    </w:tblStylePr>
    <w:tblStylePr w:type="lastRow">
      <w:pPr>
        <w:spacing w:before="0" w:after="0" w:line="240" w:lineRule="auto"/>
      </w:pPr>
      <w:rPr>
        <w:b/>
        <w:bCs/>
      </w:rPr>
      <w:tblPr/>
      <w:tcPr>
        <w:tcBorders>
          <w:top w:val="double" w:sz="6" w:space="0" w:color="777776" w:themeColor="accent5" w:themeTint="BF"/>
          <w:left w:val="single" w:sz="8" w:space="0" w:color="777776" w:themeColor="accent5" w:themeTint="BF"/>
          <w:bottom w:val="single" w:sz="8" w:space="0" w:color="777776" w:themeColor="accent5" w:themeTint="BF"/>
          <w:right w:val="single" w:sz="8" w:space="0" w:color="777776"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D2D1" w:themeFill="accent5" w:themeFillTint="3F"/>
      </w:tcPr>
    </w:tblStylePr>
    <w:tblStylePr w:type="band1Horz">
      <w:tblPr/>
      <w:tcPr>
        <w:tcBorders>
          <w:insideH w:val="nil"/>
          <w:insideV w:val="nil"/>
        </w:tcBorders>
        <w:shd w:val="clear" w:color="auto" w:fill="D2D2D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2D78A" w:themeColor="accent6" w:themeTint="BF"/>
        <w:left w:val="single" w:sz="8" w:space="0" w:color="92D78A" w:themeColor="accent6" w:themeTint="BF"/>
        <w:bottom w:val="single" w:sz="8" w:space="0" w:color="92D78A" w:themeColor="accent6" w:themeTint="BF"/>
        <w:right w:val="single" w:sz="8" w:space="0" w:color="92D78A" w:themeColor="accent6" w:themeTint="BF"/>
        <w:insideH w:val="single" w:sz="8" w:space="0" w:color="92D78A" w:themeColor="accent6" w:themeTint="BF"/>
      </w:tblBorders>
    </w:tblPr>
    <w:tblStylePr w:type="firstRow">
      <w:pPr>
        <w:spacing w:before="0" w:after="0" w:line="240" w:lineRule="auto"/>
      </w:pPr>
      <w:rPr>
        <w:b/>
        <w:bCs/>
        <w:color w:val="FFFFFF" w:themeColor="background1"/>
      </w:rPr>
      <w:tblPr/>
      <w:tcPr>
        <w:tcBorders>
          <w:top w:val="single" w:sz="8" w:space="0" w:color="92D78A" w:themeColor="accent6" w:themeTint="BF"/>
          <w:left w:val="single" w:sz="8" w:space="0" w:color="92D78A" w:themeColor="accent6" w:themeTint="BF"/>
          <w:bottom w:val="single" w:sz="8" w:space="0" w:color="92D78A" w:themeColor="accent6" w:themeTint="BF"/>
          <w:right w:val="single" w:sz="8" w:space="0" w:color="92D78A" w:themeColor="accent6" w:themeTint="BF"/>
          <w:insideH w:val="nil"/>
          <w:insideV w:val="nil"/>
        </w:tcBorders>
        <w:shd w:val="clear" w:color="auto" w:fill="6ECA64" w:themeFill="accent6"/>
      </w:tcPr>
    </w:tblStylePr>
    <w:tblStylePr w:type="lastRow">
      <w:pPr>
        <w:spacing w:before="0" w:after="0" w:line="240" w:lineRule="auto"/>
      </w:pPr>
      <w:rPr>
        <w:b/>
        <w:bCs/>
      </w:rPr>
      <w:tblPr/>
      <w:tcPr>
        <w:tcBorders>
          <w:top w:val="double" w:sz="6" w:space="0" w:color="92D78A" w:themeColor="accent6" w:themeTint="BF"/>
          <w:left w:val="single" w:sz="8" w:space="0" w:color="92D78A" w:themeColor="accent6" w:themeTint="BF"/>
          <w:bottom w:val="single" w:sz="8" w:space="0" w:color="92D78A" w:themeColor="accent6" w:themeTint="BF"/>
          <w:right w:val="single" w:sz="8" w:space="0" w:color="92D78A" w:themeColor="accent6" w:themeTint="BF"/>
          <w:insideH w:val="nil"/>
          <w:insideV w:val="nil"/>
        </w:tcBorders>
      </w:tcPr>
    </w:tblStylePr>
    <w:tblStylePr w:type="firstCol">
      <w:rPr>
        <w:b/>
        <w:bCs/>
      </w:rPr>
    </w:tblStylePr>
    <w:tblStylePr w:type="lastCol">
      <w:rPr>
        <w:b/>
        <w:bCs/>
      </w:rPr>
    </w:tblStylePr>
    <w:tblStylePr w:type="band1Vert">
      <w:tblPr/>
      <w:tcPr>
        <w:shd w:val="clear" w:color="auto" w:fill="DAF1D8" w:themeFill="accent6" w:themeFillTint="3F"/>
      </w:tcPr>
    </w:tblStylePr>
    <w:tblStylePr w:type="band1Horz">
      <w:tblPr/>
      <w:tcPr>
        <w:tcBorders>
          <w:insideH w:val="nil"/>
          <w:insideV w:val="nil"/>
        </w:tcBorders>
        <w:shd w:val="clear" w:color="auto" w:fill="DAF1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2626"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62626" w:themeFill="text1"/>
      </w:tcPr>
    </w:tblStylePr>
    <w:tblStylePr w:type="lastCol">
      <w:rPr>
        <w:b/>
        <w:bCs/>
        <w:color w:val="FFFFFF" w:themeColor="background1"/>
      </w:rPr>
      <w:tblPr/>
      <w:tcPr>
        <w:tcBorders>
          <w:left w:val="nil"/>
          <w:right w:val="nil"/>
          <w:insideH w:val="nil"/>
          <w:insideV w:val="nil"/>
        </w:tcBorders>
        <w:shd w:val="clear" w:color="auto" w:fill="262626"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09C3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09C36" w:themeFill="accent1"/>
      </w:tcPr>
    </w:tblStylePr>
    <w:tblStylePr w:type="lastCol">
      <w:rPr>
        <w:b/>
        <w:bCs/>
        <w:color w:val="FFFFFF" w:themeColor="background1"/>
      </w:rPr>
      <w:tblPr/>
      <w:tcPr>
        <w:tcBorders>
          <w:left w:val="nil"/>
          <w:right w:val="nil"/>
          <w:insideH w:val="nil"/>
          <w:insideV w:val="nil"/>
        </w:tcBorders>
        <w:shd w:val="clear" w:color="auto" w:fill="409C3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730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7309" w:themeFill="accent2"/>
      </w:tcPr>
    </w:tblStylePr>
    <w:tblStylePr w:type="lastCol">
      <w:rPr>
        <w:b/>
        <w:bCs/>
        <w:color w:val="FFFFFF" w:themeColor="background1"/>
      </w:rPr>
      <w:tblPr/>
      <w:tcPr>
        <w:tcBorders>
          <w:left w:val="nil"/>
          <w:right w:val="nil"/>
          <w:insideH w:val="nil"/>
          <w:insideV w:val="nil"/>
        </w:tcBorders>
        <w:shd w:val="clear" w:color="auto" w:fill="E6730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CB3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CB37" w:themeFill="accent3"/>
      </w:tcPr>
    </w:tblStylePr>
    <w:tblStylePr w:type="lastCol">
      <w:rPr>
        <w:b/>
        <w:bCs/>
        <w:color w:val="FFFFFF" w:themeColor="background1"/>
      </w:rPr>
      <w:tblPr/>
      <w:tcPr>
        <w:tcBorders>
          <w:left w:val="nil"/>
          <w:right w:val="nil"/>
          <w:insideH w:val="nil"/>
          <w:insideV w:val="nil"/>
        </w:tcBorders>
        <w:shd w:val="clear" w:color="auto" w:fill="EFCB3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EB6E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EB6E9" w:themeFill="accent4"/>
      </w:tcPr>
    </w:tblStylePr>
    <w:tblStylePr w:type="lastCol">
      <w:rPr>
        <w:b/>
        <w:bCs/>
        <w:color w:val="FFFFFF" w:themeColor="background1"/>
      </w:rPr>
      <w:tblPr/>
      <w:tcPr>
        <w:tcBorders>
          <w:left w:val="nil"/>
          <w:right w:val="nil"/>
          <w:insideH w:val="nil"/>
          <w:insideV w:val="nil"/>
        </w:tcBorders>
        <w:shd w:val="clear" w:color="auto" w:fill="3EB6E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A4A4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A4A49" w:themeFill="accent5"/>
      </w:tcPr>
    </w:tblStylePr>
    <w:tblStylePr w:type="lastCol">
      <w:rPr>
        <w:b/>
        <w:bCs/>
        <w:color w:val="FFFFFF" w:themeColor="background1"/>
      </w:rPr>
      <w:tblPr/>
      <w:tcPr>
        <w:tcBorders>
          <w:left w:val="nil"/>
          <w:right w:val="nil"/>
          <w:insideH w:val="nil"/>
          <w:insideV w:val="nil"/>
        </w:tcBorders>
        <w:shd w:val="clear" w:color="auto" w:fill="4A4A4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CA6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CA64" w:themeFill="accent6"/>
      </w:tcPr>
    </w:tblStylePr>
    <w:tblStylePr w:type="lastCol">
      <w:rPr>
        <w:b/>
        <w:bCs/>
        <w:color w:val="FFFFFF" w:themeColor="background1"/>
      </w:rPr>
      <w:tblPr/>
      <w:tcPr>
        <w:tcBorders>
          <w:left w:val="nil"/>
          <w:right w:val="nil"/>
          <w:insideH w:val="nil"/>
          <w:insideV w:val="nil"/>
        </w:tcBorders>
        <w:shd w:val="clear" w:color="auto" w:fill="6ECA6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262626" w:themeColor="text1"/>
    </w:rPr>
    <w:tblPr>
      <w:tblStyleRowBandSize w:val="1"/>
      <w:tblStyleColBandSize w:val="1"/>
      <w:tblBorders>
        <w:top w:val="single" w:sz="8" w:space="0" w:color="262626" w:themeColor="text1"/>
        <w:bottom w:val="single" w:sz="8" w:space="0" w:color="262626" w:themeColor="text1"/>
      </w:tblBorders>
    </w:tblPr>
    <w:tblStylePr w:type="firstRow">
      <w:rPr>
        <w:rFonts w:asciiTheme="majorHAnsi" w:eastAsiaTheme="majorEastAsia" w:hAnsiTheme="majorHAnsi" w:cstheme="majorBidi"/>
      </w:rPr>
      <w:tblPr/>
      <w:tcPr>
        <w:tcBorders>
          <w:top w:val="nil"/>
          <w:bottom w:val="single" w:sz="8" w:space="0" w:color="262626" w:themeColor="text1"/>
        </w:tcBorders>
      </w:tcPr>
    </w:tblStylePr>
    <w:tblStylePr w:type="lastRow">
      <w:rPr>
        <w:b/>
        <w:bCs/>
        <w:color w:val="3F3F3F" w:themeColor="text2"/>
      </w:rPr>
      <w:tblPr/>
      <w:tcPr>
        <w:tcBorders>
          <w:top w:val="single" w:sz="8" w:space="0" w:color="262626" w:themeColor="text1"/>
          <w:bottom w:val="single" w:sz="8" w:space="0" w:color="262626" w:themeColor="text1"/>
        </w:tcBorders>
      </w:tcPr>
    </w:tblStylePr>
    <w:tblStylePr w:type="firstCol">
      <w:rPr>
        <w:b/>
        <w:bCs/>
      </w:rPr>
    </w:tblStylePr>
    <w:tblStylePr w:type="lastCol">
      <w:rPr>
        <w:b/>
        <w:bCs/>
      </w:rPr>
      <w:tblPr/>
      <w:tcPr>
        <w:tcBorders>
          <w:top w:val="single" w:sz="8" w:space="0" w:color="262626" w:themeColor="text1"/>
          <w:bottom w:val="single" w:sz="8" w:space="0" w:color="262626" w:themeColor="text1"/>
        </w:tcBorders>
      </w:tcPr>
    </w:tblStylePr>
    <w:tblStylePr w:type="band1Vert">
      <w:tblPr/>
      <w:tcPr>
        <w:shd w:val="clear" w:color="auto" w:fill="C9C9C9" w:themeFill="text1" w:themeFillTint="3F"/>
      </w:tcPr>
    </w:tblStylePr>
    <w:tblStylePr w:type="band1Horz">
      <w:tblPr/>
      <w:tcPr>
        <w:shd w:val="clear" w:color="auto" w:fill="C9C9C9" w:themeFill="text1" w:themeFillTint="3F"/>
      </w:tcPr>
    </w:tblStylePr>
  </w:style>
  <w:style w:type="table" w:styleId="MediumList1-Accent1">
    <w:name w:val="Medium List 1 Accent 1"/>
    <w:basedOn w:val="TableNormal"/>
    <w:uiPriority w:val="65"/>
    <w:rsid w:val="00CB0664"/>
    <w:pPr>
      <w:spacing w:after="0" w:line="240" w:lineRule="auto"/>
    </w:pPr>
    <w:rPr>
      <w:color w:val="262626" w:themeColor="text1"/>
    </w:rPr>
    <w:tblPr>
      <w:tblStyleRowBandSize w:val="1"/>
      <w:tblStyleColBandSize w:val="1"/>
      <w:tblBorders>
        <w:top w:val="single" w:sz="8" w:space="0" w:color="409C36" w:themeColor="accent1"/>
        <w:bottom w:val="single" w:sz="8" w:space="0" w:color="409C36" w:themeColor="accent1"/>
      </w:tblBorders>
    </w:tblPr>
    <w:tblStylePr w:type="firstRow">
      <w:rPr>
        <w:rFonts w:asciiTheme="majorHAnsi" w:eastAsiaTheme="majorEastAsia" w:hAnsiTheme="majorHAnsi" w:cstheme="majorBidi"/>
      </w:rPr>
      <w:tblPr/>
      <w:tcPr>
        <w:tcBorders>
          <w:top w:val="nil"/>
          <w:bottom w:val="single" w:sz="8" w:space="0" w:color="409C36" w:themeColor="accent1"/>
        </w:tcBorders>
      </w:tcPr>
    </w:tblStylePr>
    <w:tblStylePr w:type="lastRow">
      <w:rPr>
        <w:b/>
        <w:bCs/>
        <w:color w:val="3F3F3F" w:themeColor="text2"/>
      </w:rPr>
      <w:tblPr/>
      <w:tcPr>
        <w:tcBorders>
          <w:top w:val="single" w:sz="8" w:space="0" w:color="409C36" w:themeColor="accent1"/>
          <w:bottom w:val="single" w:sz="8" w:space="0" w:color="409C36" w:themeColor="accent1"/>
        </w:tcBorders>
      </w:tcPr>
    </w:tblStylePr>
    <w:tblStylePr w:type="firstCol">
      <w:rPr>
        <w:b/>
        <w:bCs/>
      </w:rPr>
    </w:tblStylePr>
    <w:tblStylePr w:type="lastCol">
      <w:rPr>
        <w:b/>
        <w:bCs/>
      </w:rPr>
      <w:tblPr/>
      <w:tcPr>
        <w:tcBorders>
          <w:top w:val="single" w:sz="8" w:space="0" w:color="409C36" w:themeColor="accent1"/>
          <w:bottom w:val="single" w:sz="8" w:space="0" w:color="409C36" w:themeColor="accent1"/>
        </w:tcBorders>
      </w:tcPr>
    </w:tblStylePr>
    <w:tblStylePr w:type="band1Vert">
      <w:tblPr/>
      <w:tcPr>
        <w:shd w:val="clear" w:color="auto" w:fill="CBECC7" w:themeFill="accent1" w:themeFillTint="3F"/>
      </w:tcPr>
    </w:tblStylePr>
    <w:tblStylePr w:type="band1Horz">
      <w:tblPr/>
      <w:tcPr>
        <w:shd w:val="clear" w:color="auto" w:fill="CBECC7" w:themeFill="accent1" w:themeFillTint="3F"/>
      </w:tcPr>
    </w:tblStylePr>
  </w:style>
  <w:style w:type="table" w:styleId="MediumList1-Accent2">
    <w:name w:val="Medium List 1 Accent 2"/>
    <w:basedOn w:val="TableNormal"/>
    <w:uiPriority w:val="65"/>
    <w:rsid w:val="00CB0664"/>
    <w:pPr>
      <w:spacing w:after="0" w:line="240" w:lineRule="auto"/>
    </w:pPr>
    <w:rPr>
      <w:color w:val="262626" w:themeColor="text1"/>
    </w:rPr>
    <w:tblPr>
      <w:tblStyleRowBandSize w:val="1"/>
      <w:tblStyleColBandSize w:val="1"/>
      <w:tblBorders>
        <w:top w:val="single" w:sz="8" w:space="0" w:color="E67309" w:themeColor="accent2"/>
        <w:bottom w:val="single" w:sz="8" w:space="0" w:color="E67309" w:themeColor="accent2"/>
      </w:tblBorders>
    </w:tblPr>
    <w:tblStylePr w:type="firstRow">
      <w:rPr>
        <w:rFonts w:asciiTheme="majorHAnsi" w:eastAsiaTheme="majorEastAsia" w:hAnsiTheme="majorHAnsi" w:cstheme="majorBidi"/>
      </w:rPr>
      <w:tblPr/>
      <w:tcPr>
        <w:tcBorders>
          <w:top w:val="nil"/>
          <w:bottom w:val="single" w:sz="8" w:space="0" w:color="E67309" w:themeColor="accent2"/>
        </w:tcBorders>
      </w:tcPr>
    </w:tblStylePr>
    <w:tblStylePr w:type="lastRow">
      <w:rPr>
        <w:b/>
        <w:bCs/>
        <w:color w:val="3F3F3F" w:themeColor="text2"/>
      </w:rPr>
      <w:tblPr/>
      <w:tcPr>
        <w:tcBorders>
          <w:top w:val="single" w:sz="8" w:space="0" w:color="E67309" w:themeColor="accent2"/>
          <w:bottom w:val="single" w:sz="8" w:space="0" w:color="E67309" w:themeColor="accent2"/>
        </w:tcBorders>
      </w:tcPr>
    </w:tblStylePr>
    <w:tblStylePr w:type="firstCol">
      <w:rPr>
        <w:b/>
        <w:bCs/>
      </w:rPr>
    </w:tblStylePr>
    <w:tblStylePr w:type="lastCol">
      <w:rPr>
        <w:b/>
        <w:bCs/>
      </w:rPr>
      <w:tblPr/>
      <w:tcPr>
        <w:tcBorders>
          <w:top w:val="single" w:sz="8" w:space="0" w:color="E67309" w:themeColor="accent2"/>
          <w:bottom w:val="single" w:sz="8" w:space="0" w:color="E67309" w:themeColor="accent2"/>
        </w:tcBorders>
      </w:tcPr>
    </w:tblStylePr>
    <w:tblStylePr w:type="band1Vert">
      <w:tblPr/>
      <w:tcPr>
        <w:shd w:val="clear" w:color="auto" w:fill="FCDCBE" w:themeFill="accent2" w:themeFillTint="3F"/>
      </w:tcPr>
    </w:tblStylePr>
    <w:tblStylePr w:type="band1Horz">
      <w:tblPr/>
      <w:tcPr>
        <w:shd w:val="clear" w:color="auto" w:fill="FCDCBE" w:themeFill="accent2" w:themeFillTint="3F"/>
      </w:tcPr>
    </w:tblStylePr>
  </w:style>
  <w:style w:type="table" w:styleId="MediumList1-Accent3">
    <w:name w:val="Medium List 1 Accent 3"/>
    <w:basedOn w:val="TableNormal"/>
    <w:uiPriority w:val="65"/>
    <w:rsid w:val="00CB0664"/>
    <w:pPr>
      <w:spacing w:after="0" w:line="240" w:lineRule="auto"/>
    </w:pPr>
    <w:rPr>
      <w:color w:val="262626" w:themeColor="text1"/>
    </w:rPr>
    <w:tblPr>
      <w:tblStyleRowBandSize w:val="1"/>
      <w:tblStyleColBandSize w:val="1"/>
      <w:tblBorders>
        <w:top w:val="single" w:sz="8" w:space="0" w:color="EFCB37" w:themeColor="accent3"/>
        <w:bottom w:val="single" w:sz="8" w:space="0" w:color="EFCB37" w:themeColor="accent3"/>
      </w:tblBorders>
    </w:tblPr>
    <w:tblStylePr w:type="firstRow">
      <w:rPr>
        <w:rFonts w:asciiTheme="majorHAnsi" w:eastAsiaTheme="majorEastAsia" w:hAnsiTheme="majorHAnsi" w:cstheme="majorBidi"/>
      </w:rPr>
      <w:tblPr/>
      <w:tcPr>
        <w:tcBorders>
          <w:top w:val="nil"/>
          <w:bottom w:val="single" w:sz="8" w:space="0" w:color="EFCB37" w:themeColor="accent3"/>
        </w:tcBorders>
      </w:tcPr>
    </w:tblStylePr>
    <w:tblStylePr w:type="lastRow">
      <w:rPr>
        <w:b/>
        <w:bCs/>
        <w:color w:val="3F3F3F" w:themeColor="text2"/>
      </w:rPr>
      <w:tblPr/>
      <w:tcPr>
        <w:tcBorders>
          <w:top w:val="single" w:sz="8" w:space="0" w:color="EFCB37" w:themeColor="accent3"/>
          <w:bottom w:val="single" w:sz="8" w:space="0" w:color="EFCB37" w:themeColor="accent3"/>
        </w:tcBorders>
      </w:tcPr>
    </w:tblStylePr>
    <w:tblStylePr w:type="firstCol">
      <w:rPr>
        <w:b/>
        <w:bCs/>
      </w:rPr>
    </w:tblStylePr>
    <w:tblStylePr w:type="lastCol">
      <w:rPr>
        <w:b/>
        <w:bCs/>
      </w:rPr>
      <w:tblPr/>
      <w:tcPr>
        <w:tcBorders>
          <w:top w:val="single" w:sz="8" w:space="0" w:color="EFCB37" w:themeColor="accent3"/>
          <w:bottom w:val="single" w:sz="8" w:space="0" w:color="EFCB37" w:themeColor="accent3"/>
        </w:tcBorders>
      </w:tcPr>
    </w:tblStylePr>
    <w:tblStylePr w:type="band1Vert">
      <w:tblPr/>
      <w:tcPr>
        <w:shd w:val="clear" w:color="auto" w:fill="FBF2CD" w:themeFill="accent3" w:themeFillTint="3F"/>
      </w:tcPr>
    </w:tblStylePr>
    <w:tblStylePr w:type="band1Horz">
      <w:tblPr/>
      <w:tcPr>
        <w:shd w:val="clear" w:color="auto" w:fill="FBF2CD" w:themeFill="accent3" w:themeFillTint="3F"/>
      </w:tcPr>
    </w:tblStylePr>
  </w:style>
  <w:style w:type="table" w:styleId="MediumList1-Accent4">
    <w:name w:val="Medium List 1 Accent 4"/>
    <w:basedOn w:val="TableNormal"/>
    <w:uiPriority w:val="65"/>
    <w:rsid w:val="00CB0664"/>
    <w:pPr>
      <w:spacing w:after="0" w:line="240" w:lineRule="auto"/>
    </w:pPr>
    <w:rPr>
      <w:color w:val="262626" w:themeColor="text1"/>
    </w:rPr>
    <w:tblPr>
      <w:tblStyleRowBandSize w:val="1"/>
      <w:tblStyleColBandSize w:val="1"/>
      <w:tblBorders>
        <w:top w:val="single" w:sz="8" w:space="0" w:color="3EB6E9" w:themeColor="accent4"/>
        <w:bottom w:val="single" w:sz="8" w:space="0" w:color="3EB6E9" w:themeColor="accent4"/>
      </w:tblBorders>
    </w:tblPr>
    <w:tblStylePr w:type="firstRow">
      <w:rPr>
        <w:rFonts w:asciiTheme="majorHAnsi" w:eastAsiaTheme="majorEastAsia" w:hAnsiTheme="majorHAnsi" w:cstheme="majorBidi"/>
      </w:rPr>
      <w:tblPr/>
      <w:tcPr>
        <w:tcBorders>
          <w:top w:val="nil"/>
          <w:bottom w:val="single" w:sz="8" w:space="0" w:color="3EB6E9" w:themeColor="accent4"/>
        </w:tcBorders>
      </w:tcPr>
    </w:tblStylePr>
    <w:tblStylePr w:type="lastRow">
      <w:rPr>
        <w:b/>
        <w:bCs/>
        <w:color w:val="3F3F3F" w:themeColor="text2"/>
      </w:rPr>
      <w:tblPr/>
      <w:tcPr>
        <w:tcBorders>
          <w:top w:val="single" w:sz="8" w:space="0" w:color="3EB6E9" w:themeColor="accent4"/>
          <w:bottom w:val="single" w:sz="8" w:space="0" w:color="3EB6E9" w:themeColor="accent4"/>
        </w:tcBorders>
      </w:tcPr>
    </w:tblStylePr>
    <w:tblStylePr w:type="firstCol">
      <w:rPr>
        <w:b/>
        <w:bCs/>
      </w:rPr>
    </w:tblStylePr>
    <w:tblStylePr w:type="lastCol">
      <w:rPr>
        <w:b/>
        <w:bCs/>
      </w:rPr>
      <w:tblPr/>
      <w:tcPr>
        <w:tcBorders>
          <w:top w:val="single" w:sz="8" w:space="0" w:color="3EB6E9" w:themeColor="accent4"/>
          <w:bottom w:val="single" w:sz="8" w:space="0" w:color="3EB6E9" w:themeColor="accent4"/>
        </w:tcBorders>
      </w:tcPr>
    </w:tblStylePr>
    <w:tblStylePr w:type="band1Vert">
      <w:tblPr/>
      <w:tcPr>
        <w:shd w:val="clear" w:color="auto" w:fill="CFECF9" w:themeFill="accent4" w:themeFillTint="3F"/>
      </w:tcPr>
    </w:tblStylePr>
    <w:tblStylePr w:type="band1Horz">
      <w:tblPr/>
      <w:tcPr>
        <w:shd w:val="clear" w:color="auto" w:fill="CFECF9" w:themeFill="accent4" w:themeFillTint="3F"/>
      </w:tcPr>
    </w:tblStylePr>
  </w:style>
  <w:style w:type="table" w:styleId="MediumList1-Accent5">
    <w:name w:val="Medium List 1 Accent 5"/>
    <w:basedOn w:val="TableNormal"/>
    <w:uiPriority w:val="65"/>
    <w:rsid w:val="00CB0664"/>
    <w:pPr>
      <w:spacing w:after="0" w:line="240" w:lineRule="auto"/>
    </w:pPr>
    <w:rPr>
      <w:color w:val="262626" w:themeColor="text1"/>
    </w:rPr>
    <w:tblPr>
      <w:tblStyleRowBandSize w:val="1"/>
      <w:tblStyleColBandSize w:val="1"/>
      <w:tblBorders>
        <w:top w:val="single" w:sz="8" w:space="0" w:color="4A4A49" w:themeColor="accent5"/>
        <w:bottom w:val="single" w:sz="8" w:space="0" w:color="4A4A49" w:themeColor="accent5"/>
      </w:tblBorders>
    </w:tblPr>
    <w:tblStylePr w:type="firstRow">
      <w:rPr>
        <w:rFonts w:asciiTheme="majorHAnsi" w:eastAsiaTheme="majorEastAsia" w:hAnsiTheme="majorHAnsi" w:cstheme="majorBidi"/>
      </w:rPr>
      <w:tblPr/>
      <w:tcPr>
        <w:tcBorders>
          <w:top w:val="nil"/>
          <w:bottom w:val="single" w:sz="8" w:space="0" w:color="4A4A49" w:themeColor="accent5"/>
        </w:tcBorders>
      </w:tcPr>
    </w:tblStylePr>
    <w:tblStylePr w:type="lastRow">
      <w:rPr>
        <w:b/>
        <w:bCs/>
        <w:color w:val="3F3F3F" w:themeColor="text2"/>
      </w:rPr>
      <w:tblPr/>
      <w:tcPr>
        <w:tcBorders>
          <w:top w:val="single" w:sz="8" w:space="0" w:color="4A4A49" w:themeColor="accent5"/>
          <w:bottom w:val="single" w:sz="8" w:space="0" w:color="4A4A49" w:themeColor="accent5"/>
        </w:tcBorders>
      </w:tcPr>
    </w:tblStylePr>
    <w:tblStylePr w:type="firstCol">
      <w:rPr>
        <w:b/>
        <w:bCs/>
      </w:rPr>
    </w:tblStylePr>
    <w:tblStylePr w:type="lastCol">
      <w:rPr>
        <w:b/>
        <w:bCs/>
      </w:rPr>
      <w:tblPr/>
      <w:tcPr>
        <w:tcBorders>
          <w:top w:val="single" w:sz="8" w:space="0" w:color="4A4A49" w:themeColor="accent5"/>
          <w:bottom w:val="single" w:sz="8" w:space="0" w:color="4A4A49" w:themeColor="accent5"/>
        </w:tcBorders>
      </w:tcPr>
    </w:tblStylePr>
    <w:tblStylePr w:type="band1Vert">
      <w:tblPr/>
      <w:tcPr>
        <w:shd w:val="clear" w:color="auto" w:fill="D2D2D1" w:themeFill="accent5" w:themeFillTint="3F"/>
      </w:tcPr>
    </w:tblStylePr>
    <w:tblStylePr w:type="band1Horz">
      <w:tblPr/>
      <w:tcPr>
        <w:shd w:val="clear" w:color="auto" w:fill="D2D2D1" w:themeFill="accent5" w:themeFillTint="3F"/>
      </w:tcPr>
    </w:tblStylePr>
  </w:style>
  <w:style w:type="table" w:styleId="MediumList1-Accent6">
    <w:name w:val="Medium List 1 Accent 6"/>
    <w:basedOn w:val="TableNormal"/>
    <w:uiPriority w:val="65"/>
    <w:rsid w:val="00CB0664"/>
    <w:pPr>
      <w:spacing w:after="0" w:line="240" w:lineRule="auto"/>
    </w:pPr>
    <w:rPr>
      <w:color w:val="262626" w:themeColor="text1"/>
    </w:rPr>
    <w:tblPr>
      <w:tblStyleRowBandSize w:val="1"/>
      <w:tblStyleColBandSize w:val="1"/>
      <w:tblBorders>
        <w:top w:val="single" w:sz="8" w:space="0" w:color="6ECA64" w:themeColor="accent6"/>
        <w:bottom w:val="single" w:sz="8" w:space="0" w:color="6ECA64" w:themeColor="accent6"/>
      </w:tblBorders>
    </w:tblPr>
    <w:tblStylePr w:type="firstRow">
      <w:rPr>
        <w:rFonts w:asciiTheme="majorHAnsi" w:eastAsiaTheme="majorEastAsia" w:hAnsiTheme="majorHAnsi" w:cstheme="majorBidi"/>
      </w:rPr>
      <w:tblPr/>
      <w:tcPr>
        <w:tcBorders>
          <w:top w:val="nil"/>
          <w:bottom w:val="single" w:sz="8" w:space="0" w:color="6ECA64" w:themeColor="accent6"/>
        </w:tcBorders>
      </w:tcPr>
    </w:tblStylePr>
    <w:tblStylePr w:type="lastRow">
      <w:rPr>
        <w:b/>
        <w:bCs/>
        <w:color w:val="3F3F3F" w:themeColor="text2"/>
      </w:rPr>
      <w:tblPr/>
      <w:tcPr>
        <w:tcBorders>
          <w:top w:val="single" w:sz="8" w:space="0" w:color="6ECA64" w:themeColor="accent6"/>
          <w:bottom w:val="single" w:sz="8" w:space="0" w:color="6ECA64" w:themeColor="accent6"/>
        </w:tcBorders>
      </w:tcPr>
    </w:tblStylePr>
    <w:tblStylePr w:type="firstCol">
      <w:rPr>
        <w:b/>
        <w:bCs/>
      </w:rPr>
    </w:tblStylePr>
    <w:tblStylePr w:type="lastCol">
      <w:rPr>
        <w:b/>
        <w:bCs/>
      </w:rPr>
      <w:tblPr/>
      <w:tcPr>
        <w:tcBorders>
          <w:top w:val="single" w:sz="8" w:space="0" w:color="6ECA64" w:themeColor="accent6"/>
          <w:bottom w:val="single" w:sz="8" w:space="0" w:color="6ECA64" w:themeColor="accent6"/>
        </w:tcBorders>
      </w:tcPr>
    </w:tblStylePr>
    <w:tblStylePr w:type="band1Vert">
      <w:tblPr/>
      <w:tcPr>
        <w:shd w:val="clear" w:color="auto" w:fill="DAF1D8" w:themeFill="accent6" w:themeFillTint="3F"/>
      </w:tcPr>
    </w:tblStylePr>
    <w:tblStylePr w:type="band1Horz">
      <w:tblPr/>
      <w:tcPr>
        <w:shd w:val="clear" w:color="auto" w:fill="DAF1D8"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262626" w:themeColor="text1"/>
        <w:left w:val="single" w:sz="8" w:space="0" w:color="262626" w:themeColor="text1"/>
        <w:bottom w:val="single" w:sz="8" w:space="0" w:color="262626" w:themeColor="text1"/>
        <w:right w:val="single" w:sz="8" w:space="0" w:color="262626" w:themeColor="text1"/>
      </w:tblBorders>
    </w:tblPr>
    <w:tblStylePr w:type="firstRow">
      <w:rPr>
        <w:sz w:val="24"/>
        <w:szCs w:val="24"/>
      </w:rPr>
      <w:tblPr/>
      <w:tcPr>
        <w:tcBorders>
          <w:top w:val="nil"/>
          <w:left w:val="nil"/>
          <w:bottom w:val="single" w:sz="24" w:space="0" w:color="262626" w:themeColor="text1"/>
          <w:right w:val="nil"/>
          <w:insideH w:val="nil"/>
          <w:insideV w:val="nil"/>
        </w:tcBorders>
        <w:shd w:val="clear" w:color="auto" w:fill="FFFFFF" w:themeFill="background1"/>
      </w:tcPr>
    </w:tblStylePr>
    <w:tblStylePr w:type="lastRow">
      <w:tblPr/>
      <w:tcPr>
        <w:tcBorders>
          <w:top w:val="single" w:sz="8" w:space="0" w:color="262626"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2626" w:themeColor="text1"/>
          <w:insideH w:val="nil"/>
          <w:insideV w:val="nil"/>
        </w:tcBorders>
        <w:shd w:val="clear" w:color="auto" w:fill="FFFFFF" w:themeFill="background1"/>
      </w:tcPr>
    </w:tblStylePr>
    <w:tblStylePr w:type="lastCol">
      <w:tblPr/>
      <w:tcPr>
        <w:tcBorders>
          <w:top w:val="nil"/>
          <w:left w:val="single" w:sz="8" w:space="0" w:color="262626"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9C9" w:themeFill="text1" w:themeFillTint="3F"/>
      </w:tcPr>
    </w:tblStylePr>
    <w:tblStylePr w:type="band1Horz">
      <w:tblPr/>
      <w:tcPr>
        <w:tcBorders>
          <w:top w:val="nil"/>
          <w:bottom w:val="nil"/>
          <w:insideH w:val="nil"/>
          <w:insideV w:val="nil"/>
        </w:tcBorders>
        <w:shd w:val="clear" w:color="auto" w:fill="C9C9C9"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409C36" w:themeColor="accent1"/>
        <w:left w:val="single" w:sz="8" w:space="0" w:color="409C36" w:themeColor="accent1"/>
        <w:bottom w:val="single" w:sz="8" w:space="0" w:color="409C36" w:themeColor="accent1"/>
        <w:right w:val="single" w:sz="8" w:space="0" w:color="409C36" w:themeColor="accent1"/>
      </w:tblBorders>
    </w:tblPr>
    <w:tblStylePr w:type="firstRow">
      <w:rPr>
        <w:sz w:val="24"/>
        <w:szCs w:val="24"/>
      </w:rPr>
      <w:tblPr/>
      <w:tcPr>
        <w:tcBorders>
          <w:top w:val="nil"/>
          <w:left w:val="nil"/>
          <w:bottom w:val="single" w:sz="24" w:space="0" w:color="409C36" w:themeColor="accent1"/>
          <w:right w:val="nil"/>
          <w:insideH w:val="nil"/>
          <w:insideV w:val="nil"/>
        </w:tcBorders>
        <w:shd w:val="clear" w:color="auto" w:fill="FFFFFF" w:themeFill="background1"/>
      </w:tcPr>
    </w:tblStylePr>
    <w:tblStylePr w:type="lastRow">
      <w:tblPr/>
      <w:tcPr>
        <w:tcBorders>
          <w:top w:val="single" w:sz="8" w:space="0" w:color="409C3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09C36" w:themeColor="accent1"/>
          <w:insideH w:val="nil"/>
          <w:insideV w:val="nil"/>
        </w:tcBorders>
        <w:shd w:val="clear" w:color="auto" w:fill="FFFFFF" w:themeFill="background1"/>
      </w:tcPr>
    </w:tblStylePr>
    <w:tblStylePr w:type="lastCol">
      <w:tblPr/>
      <w:tcPr>
        <w:tcBorders>
          <w:top w:val="nil"/>
          <w:left w:val="single" w:sz="8" w:space="0" w:color="409C3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CC7" w:themeFill="accent1" w:themeFillTint="3F"/>
      </w:tcPr>
    </w:tblStylePr>
    <w:tblStylePr w:type="band1Horz">
      <w:tblPr/>
      <w:tcPr>
        <w:tcBorders>
          <w:top w:val="nil"/>
          <w:bottom w:val="nil"/>
          <w:insideH w:val="nil"/>
          <w:insideV w:val="nil"/>
        </w:tcBorders>
        <w:shd w:val="clear" w:color="auto" w:fill="CBECC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E67309" w:themeColor="accent2"/>
        <w:left w:val="single" w:sz="8" w:space="0" w:color="E67309" w:themeColor="accent2"/>
        <w:bottom w:val="single" w:sz="8" w:space="0" w:color="E67309" w:themeColor="accent2"/>
        <w:right w:val="single" w:sz="8" w:space="0" w:color="E67309" w:themeColor="accent2"/>
      </w:tblBorders>
    </w:tblPr>
    <w:tblStylePr w:type="firstRow">
      <w:rPr>
        <w:sz w:val="24"/>
        <w:szCs w:val="24"/>
      </w:rPr>
      <w:tblPr/>
      <w:tcPr>
        <w:tcBorders>
          <w:top w:val="nil"/>
          <w:left w:val="nil"/>
          <w:bottom w:val="single" w:sz="24" w:space="0" w:color="E67309" w:themeColor="accent2"/>
          <w:right w:val="nil"/>
          <w:insideH w:val="nil"/>
          <w:insideV w:val="nil"/>
        </w:tcBorders>
        <w:shd w:val="clear" w:color="auto" w:fill="FFFFFF" w:themeFill="background1"/>
      </w:tcPr>
    </w:tblStylePr>
    <w:tblStylePr w:type="lastRow">
      <w:tblPr/>
      <w:tcPr>
        <w:tcBorders>
          <w:top w:val="single" w:sz="8" w:space="0" w:color="E6730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7309" w:themeColor="accent2"/>
          <w:insideH w:val="nil"/>
          <w:insideV w:val="nil"/>
        </w:tcBorders>
        <w:shd w:val="clear" w:color="auto" w:fill="FFFFFF" w:themeFill="background1"/>
      </w:tcPr>
    </w:tblStylePr>
    <w:tblStylePr w:type="lastCol">
      <w:tblPr/>
      <w:tcPr>
        <w:tcBorders>
          <w:top w:val="nil"/>
          <w:left w:val="single" w:sz="8" w:space="0" w:color="E6730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DCBE" w:themeFill="accent2" w:themeFillTint="3F"/>
      </w:tcPr>
    </w:tblStylePr>
    <w:tblStylePr w:type="band1Horz">
      <w:tblPr/>
      <w:tcPr>
        <w:tcBorders>
          <w:top w:val="nil"/>
          <w:bottom w:val="nil"/>
          <w:insideH w:val="nil"/>
          <w:insideV w:val="nil"/>
        </w:tcBorders>
        <w:shd w:val="clear" w:color="auto" w:fill="FCDCB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EFCB37" w:themeColor="accent3"/>
        <w:left w:val="single" w:sz="8" w:space="0" w:color="EFCB37" w:themeColor="accent3"/>
        <w:bottom w:val="single" w:sz="8" w:space="0" w:color="EFCB37" w:themeColor="accent3"/>
        <w:right w:val="single" w:sz="8" w:space="0" w:color="EFCB37" w:themeColor="accent3"/>
      </w:tblBorders>
    </w:tblPr>
    <w:tblStylePr w:type="firstRow">
      <w:rPr>
        <w:sz w:val="24"/>
        <w:szCs w:val="24"/>
      </w:rPr>
      <w:tblPr/>
      <w:tcPr>
        <w:tcBorders>
          <w:top w:val="nil"/>
          <w:left w:val="nil"/>
          <w:bottom w:val="single" w:sz="24" w:space="0" w:color="EFCB37" w:themeColor="accent3"/>
          <w:right w:val="nil"/>
          <w:insideH w:val="nil"/>
          <w:insideV w:val="nil"/>
        </w:tcBorders>
        <w:shd w:val="clear" w:color="auto" w:fill="FFFFFF" w:themeFill="background1"/>
      </w:tcPr>
    </w:tblStylePr>
    <w:tblStylePr w:type="lastRow">
      <w:tblPr/>
      <w:tcPr>
        <w:tcBorders>
          <w:top w:val="single" w:sz="8" w:space="0" w:color="EFCB3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CB37" w:themeColor="accent3"/>
          <w:insideH w:val="nil"/>
          <w:insideV w:val="nil"/>
        </w:tcBorders>
        <w:shd w:val="clear" w:color="auto" w:fill="FFFFFF" w:themeFill="background1"/>
      </w:tcPr>
    </w:tblStylePr>
    <w:tblStylePr w:type="lastCol">
      <w:tblPr/>
      <w:tcPr>
        <w:tcBorders>
          <w:top w:val="nil"/>
          <w:left w:val="single" w:sz="8" w:space="0" w:color="EFCB3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2CD" w:themeFill="accent3" w:themeFillTint="3F"/>
      </w:tcPr>
    </w:tblStylePr>
    <w:tblStylePr w:type="band1Horz">
      <w:tblPr/>
      <w:tcPr>
        <w:tcBorders>
          <w:top w:val="nil"/>
          <w:bottom w:val="nil"/>
          <w:insideH w:val="nil"/>
          <w:insideV w:val="nil"/>
        </w:tcBorders>
        <w:shd w:val="clear" w:color="auto" w:fill="FBF2C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3EB6E9" w:themeColor="accent4"/>
        <w:left w:val="single" w:sz="8" w:space="0" w:color="3EB6E9" w:themeColor="accent4"/>
        <w:bottom w:val="single" w:sz="8" w:space="0" w:color="3EB6E9" w:themeColor="accent4"/>
        <w:right w:val="single" w:sz="8" w:space="0" w:color="3EB6E9" w:themeColor="accent4"/>
      </w:tblBorders>
    </w:tblPr>
    <w:tblStylePr w:type="firstRow">
      <w:rPr>
        <w:sz w:val="24"/>
        <w:szCs w:val="24"/>
      </w:rPr>
      <w:tblPr/>
      <w:tcPr>
        <w:tcBorders>
          <w:top w:val="nil"/>
          <w:left w:val="nil"/>
          <w:bottom w:val="single" w:sz="24" w:space="0" w:color="3EB6E9" w:themeColor="accent4"/>
          <w:right w:val="nil"/>
          <w:insideH w:val="nil"/>
          <w:insideV w:val="nil"/>
        </w:tcBorders>
        <w:shd w:val="clear" w:color="auto" w:fill="FFFFFF" w:themeFill="background1"/>
      </w:tcPr>
    </w:tblStylePr>
    <w:tblStylePr w:type="lastRow">
      <w:tblPr/>
      <w:tcPr>
        <w:tcBorders>
          <w:top w:val="single" w:sz="8" w:space="0" w:color="3EB6E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EB6E9" w:themeColor="accent4"/>
          <w:insideH w:val="nil"/>
          <w:insideV w:val="nil"/>
        </w:tcBorders>
        <w:shd w:val="clear" w:color="auto" w:fill="FFFFFF" w:themeFill="background1"/>
      </w:tcPr>
    </w:tblStylePr>
    <w:tblStylePr w:type="lastCol">
      <w:tblPr/>
      <w:tcPr>
        <w:tcBorders>
          <w:top w:val="nil"/>
          <w:left w:val="single" w:sz="8" w:space="0" w:color="3EB6E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ECF9" w:themeFill="accent4" w:themeFillTint="3F"/>
      </w:tcPr>
    </w:tblStylePr>
    <w:tblStylePr w:type="band1Horz">
      <w:tblPr/>
      <w:tcPr>
        <w:tcBorders>
          <w:top w:val="nil"/>
          <w:bottom w:val="nil"/>
          <w:insideH w:val="nil"/>
          <w:insideV w:val="nil"/>
        </w:tcBorders>
        <w:shd w:val="clear" w:color="auto" w:fill="CFEC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4A4A49" w:themeColor="accent5"/>
        <w:left w:val="single" w:sz="8" w:space="0" w:color="4A4A49" w:themeColor="accent5"/>
        <w:bottom w:val="single" w:sz="8" w:space="0" w:color="4A4A49" w:themeColor="accent5"/>
        <w:right w:val="single" w:sz="8" w:space="0" w:color="4A4A49" w:themeColor="accent5"/>
      </w:tblBorders>
    </w:tblPr>
    <w:tblStylePr w:type="firstRow">
      <w:rPr>
        <w:sz w:val="24"/>
        <w:szCs w:val="24"/>
      </w:rPr>
      <w:tblPr/>
      <w:tcPr>
        <w:tcBorders>
          <w:top w:val="nil"/>
          <w:left w:val="nil"/>
          <w:bottom w:val="single" w:sz="24" w:space="0" w:color="4A4A49" w:themeColor="accent5"/>
          <w:right w:val="nil"/>
          <w:insideH w:val="nil"/>
          <w:insideV w:val="nil"/>
        </w:tcBorders>
        <w:shd w:val="clear" w:color="auto" w:fill="FFFFFF" w:themeFill="background1"/>
      </w:tcPr>
    </w:tblStylePr>
    <w:tblStylePr w:type="lastRow">
      <w:tblPr/>
      <w:tcPr>
        <w:tcBorders>
          <w:top w:val="single" w:sz="8" w:space="0" w:color="4A4A4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A4A49" w:themeColor="accent5"/>
          <w:insideH w:val="nil"/>
          <w:insideV w:val="nil"/>
        </w:tcBorders>
        <w:shd w:val="clear" w:color="auto" w:fill="FFFFFF" w:themeFill="background1"/>
      </w:tcPr>
    </w:tblStylePr>
    <w:tblStylePr w:type="lastCol">
      <w:tblPr/>
      <w:tcPr>
        <w:tcBorders>
          <w:top w:val="nil"/>
          <w:left w:val="single" w:sz="8" w:space="0" w:color="4A4A4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D2D1" w:themeFill="accent5" w:themeFillTint="3F"/>
      </w:tcPr>
    </w:tblStylePr>
    <w:tblStylePr w:type="band1Horz">
      <w:tblPr/>
      <w:tcPr>
        <w:tcBorders>
          <w:top w:val="nil"/>
          <w:bottom w:val="nil"/>
          <w:insideH w:val="nil"/>
          <w:insideV w:val="nil"/>
        </w:tcBorders>
        <w:shd w:val="clear" w:color="auto" w:fill="D2D2D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6ECA64" w:themeColor="accent6"/>
        <w:left w:val="single" w:sz="8" w:space="0" w:color="6ECA64" w:themeColor="accent6"/>
        <w:bottom w:val="single" w:sz="8" w:space="0" w:color="6ECA64" w:themeColor="accent6"/>
        <w:right w:val="single" w:sz="8" w:space="0" w:color="6ECA64" w:themeColor="accent6"/>
      </w:tblBorders>
    </w:tblPr>
    <w:tblStylePr w:type="firstRow">
      <w:rPr>
        <w:sz w:val="24"/>
        <w:szCs w:val="24"/>
      </w:rPr>
      <w:tblPr/>
      <w:tcPr>
        <w:tcBorders>
          <w:top w:val="nil"/>
          <w:left w:val="nil"/>
          <w:bottom w:val="single" w:sz="24" w:space="0" w:color="6ECA64" w:themeColor="accent6"/>
          <w:right w:val="nil"/>
          <w:insideH w:val="nil"/>
          <w:insideV w:val="nil"/>
        </w:tcBorders>
        <w:shd w:val="clear" w:color="auto" w:fill="FFFFFF" w:themeFill="background1"/>
      </w:tcPr>
    </w:tblStylePr>
    <w:tblStylePr w:type="lastRow">
      <w:tblPr/>
      <w:tcPr>
        <w:tcBorders>
          <w:top w:val="single" w:sz="8" w:space="0" w:color="6ECA6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CA64" w:themeColor="accent6"/>
          <w:insideH w:val="nil"/>
          <w:insideV w:val="nil"/>
        </w:tcBorders>
        <w:shd w:val="clear" w:color="auto" w:fill="FFFFFF" w:themeFill="background1"/>
      </w:tcPr>
    </w:tblStylePr>
    <w:tblStylePr w:type="lastCol">
      <w:tblPr/>
      <w:tcPr>
        <w:tcBorders>
          <w:top w:val="nil"/>
          <w:left w:val="single" w:sz="8" w:space="0" w:color="6ECA6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F1D8" w:themeFill="accent6" w:themeFillTint="3F"/>
      </w:tcPr>
    </w:tblStylePr>
    <w:tblStylePr w:type="band1Horz">
      <w:tblPr/>
      <w:tcPr>
        <w:tcBorders>
          <w:top w:val="nil"/>
          <w:bottom w:val="nil"/>
          <w:insideH w:val="nil"/>
          <w:insideV w:val="nil"/>
        </w:tcBorders>
        <w:shd w:val="clear" w:color="auto" w:fill="DAF1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5C5C5C" w:themeColor="text1" w:themeTint="BF"/>
        <w:left w:val="single" w:sz="8" w:space="0" w:color="5C5C5C" w:themeColor="text1" w:themeTint="BF"/>
        <w:bottom w:val="single" w:sz="8" w:space="0" w:color="5C5C5C" w:themeColor="text1" w:themeTint="BF"/>
        <w:right w:val="single" w:sz="8" w:space="0" w:color="5C5C5C" w:themeColor="text1" w:themeTint="BF"/>
        <w:insideH w:val="single" w:sz="8" w:space="0" w:color="5C5C5C" w:themeColor="text1" w:themeTint="BF"/>
        <w:insideV w:val="single" w:sz="8" w:space="0" w:color="5C5C5C" w:themeColor="text1" w:themeTint="BF"/>
      </w:tblBorders>
    </w:tblPr>
    <w:tcPr>
      <w:shd w:val="clear" w:color="auto" w:fill="C9C9C9" w:themeFill="text1" w:themeFillTint="3F"/>
    </w:tcPr>
    <w:tblStylePr w:type="firstRow">
      <w:rPr>
        <w:b/>
        <w:bCs/>
      </w:rPr>
    </w:tblStylePr>
    <w:tblStylePr w:type="lastRow">
      <w:rPr>
        <w:b/>
        <w:bCs/>
      </w:rPr>
      <w:tblPr/>
      <w:tcPr>
        <w:tcBorders>
          <w:top w:val="single" w:sz="18" w:space="0" w:color="5C5C5C" w:themeColor="text1" w:themeTint="BF"/>
        </w:tcBorders>
      </w:tcPr>
    </w:tblStylePr>
    <w:tblStylePr w:type="firstCol">
      <w:rPr>
        <w:b/>
        <w:bCs/>
      </w:rPr>
    </w:tblStylePr>
    <w:tblStylePr w:type="lastCol">
      <w:rPr>
        <w:b/>
        <w:bCs/>
      </w:rPr>
    </w:tblStylePr>
    <w:tblStylePr w:type="band1Vert">
      <w:tblPr/>
      <w:tcPr>
        <w:shd w:val="clear" w:color="auto" w:fill="929292" w:themeFill="text1" w:themeFillTint="7F"/>
      </w:tcPr>
    </w:tblStylePr>
    <w:tblStylePr w:type="band1Horz">
      <w:tblPr/>
      <w:tcPr>
        <w:shd w:val="clear" w:color="auto" w:fill="929292"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62C557" w:themeColor="accent1" w:themeTint="BF"/>
        <w:left w:val="single" w:sz="8" w:space="0" w:color="62C557" w:themeColor="accent1" w:themeTint="BF"/>
        <w:bottom w:val="single" w:sz="8" w:space="0" w:color="62C557" w:themeColor="accent1" w:themeTint="BF"/>
        <w:right w:val="single" w:sz="8" w:space="0" w:color="62C557" w:themeColor="accent1" w:themeTint="BF"/>
        <w:insideH w:val="single" w:sz="8" w:space="0" w:color="62C557" w:themeColor="accent1" w:themeTint="BF"/>
        <w:insideV w:val="single" w:sz="8" w:space="0" w:color="62C557" w:themeColor="accent1" w:themeTint="BF"/>
      </w:tblBorders>
    </w:tblPr>
    <w:tcPr>
      <w:shd w:val="clear" w:color="auto" w:fill="CBECC7" w:themeFill="accent1" w:themeFillTint="3F"/>
    </w:tcPr>
    <w:tblStylePr w:type="firstRow">
      <w:rPr>
        <w:b/>
        <w:bCs/>
      </w:rPr>
    </w:tblStylePr>
    <w:tblStylePr w:type="lastRow">
      <w:rPr>
        <w:b/>
        <w:bCs/>
      </w:rPr>
      <w:tblPr/>
      <w:tcPr>
        <w:tcBorders>
          <w:top w:val="single" w:sz="18" w:space="0" w:color="62C557" w:themeColor="accent1" w:themeTint="BF"/>
        </w:tcBorders>
      </w:tcPr>
    </w:tblStylePr>
    <w:tblStylePr w:type="firstCol">
      <w:rPr>
        <w:b/>
        <w:bCs/>
      </w:rPr>
    </w:tblStylePr>
    <w:tblStylePr w:type="lastCol">
      <w:rPr>
        <w:b/>
        <w:bCs/>
      </w:rPr>
    </w:tblStylePr>
    <w:tblStylePr w:type="band1Vert">
      <w:tblPr/>
      <w:tcPr>
        <w:shd w:val="clear" w:color="auto" w:fill="96D88F" w:themeFill="accent1" w:themeFillTint="7F"/>
      </w:tcPr>
    </w:tblStylePr>
    <w:tblStylePr w:type="band1Horz">
      <w:tblPr/>
      <w:tcPr>
        <w:shd w:val="clear" w:color="auto" w:fill="96D88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7953B" w:themeColor="accent2" w:themeTint="BF"/>
        <w:left w:val="single" w:sz="8" w:space="0" w:color="F7953B" w:themeColor="accent2" w:themeTint="BF"/>
        <w:bottom w:val="single" w:sz="8" w:space="0" w:color="F7953B" w:themeColor="accent2" w:themeTint="BF"/>
        <w:right w:val="single" w:sz="8" w:space="0" w:color="F7953B" w:themeColor="accent2" w:themeTint="BF"/>
        <w:insideH w:val="single" w:sz="8" w:space="0" w:color="F7953B" w:themeColor="accent2" w:themeTint="BF"/>
        <w:insideV w:val="single" w:sz="8" w:space="0" w:color="F7953B" w:themeColor="accent2" w:themeTint="BF"/>
      </w:tblBorders>
    </w:tblPr>
    <w:tcPr>
      <w:shd w:val="clear" w:color="auto" w:fill="FCDCBE" w:themeFill="accent2" w:themeFillTint="3F"/>
    </w:tcPr>
    <w:tblStylePr w:type="firstRow">
      <w:rPr>
        <w:b/>
        <w:bCs/>
      </w:rPr>
    </w:tblStylePr>
    <w:tblStylePr w:type="lastRow">
      <w:rPr>
        <w:b/>
        <w:bCs/>
      </w:rPr>
      <w:tblPr/>
      <w:tcPr>
        <w:tcBorders>
          <w:top w:val="single" w:sz="18" w:space="0" w:color="F7953B" w:themeColor="accent2" w:themeTint="BF"/>
        </w:tcBorders>
      </w:tcPr>
    </w:tblStylePr>
    <w:tblStylePr w:type="firstCol">
      <w:rPr>
        <w:b/>
        <w:bCs/>
      </w:rPr>
    </w:tblStylePr>
    <w:tblStylePr w:type="lastCol">
      <w:rPr>
        <w:b/>
        <w:bCs/>
      </w:rPr>
    </w:tblStylePr>
    <w:tblStylePr w:type="band1Vert">
      <w:tblPr/>
      <w:tcPr>
        <w:shd w:val="clear" w:color="auto" w:fill="FAB87D" w:themeFill="accent2" w:themeFillTint="7F"/>
      </w:tcPr>
    </w:tblStylePr>
    <w:tblStylePr w:type="band1Horz">
      <w:tblPr/>
      <w:tcPr>
        <w:shd w:val="clear" w:color="auto" w:fill="FAB87D"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F3D769" w:themeColor="accent3" w:themeTint="BF"/>
        <w:left w:val="single" w:sz="8" w:space="0" w:color="F3D769" w:themeColor="accent3" w:themeTint="BF"/>
        <w:bottom w:val="single" w:sz="8" w:space="0" w:color="F3D769" w:themeColor="accent3" w:themeTint="BF"/>
        <w:right w:val="single" w:sz="8" w:space="0" w:color="F3D769" w:themeColor="accent3" w:themeTint="BF"/>
        <w:insideH w:val="single" w:sz="8" w:space="0" w:color="F3D769" w:themeColor="accent3" w:themeTint="BF"/>
        <w:insideV w:val="single" w:sz="8" w:space="0" w:color="F3D769" w:themeColor="accent3" w:themeTint="BF"/>
      </w:tblBorders>
    </w:tblPr>
    <w:tcPr>
      <w:shd w:val="clear" w:color="auto" w:fill="FBF2CD" w:themeFill="accent3" w:themeFillTint="3F"/>
    </w:tcPr>
    <w:tblStylePr w:type="firstRow">
      <w:rPr>
        <w:b/>
        <w:bCs/>
      </w:rPr>
    </w:tblStylePr>
    <w:tblStylePr w:type="lastRow">
      <w:rPr>
        <w:b/>
        <w:bCs/>
      </w:rPr>
      <w:tblPr/>
      <w:tcPr>
        <w:tcBorders>
          <w:top w:val="single" w:sz="18" w:space="0" w:color="F3D769" w:themeColor="accent3" w:themeTint="BF"/>
        </w:tcBorders>
      </w:tcPr>
    </w:tblStylePr>
    <w:tblStylePr w:type="firstCol">
      <w:rPr>
        <w:b/>
        <w:bCs/>
      </w:rPr>
    </w:tblStylePr>
    <w:tblStylePr w:type="lastCol">
      <w:rPr>
        <w:b/>
        <w:bCs/>
      </w:rPr>
    </w:tblStylePr>
    <w:tblStylePr w:type="band1Vert">
      <w:tblPr/>
      <w:tcPr>
        <w:shd w:val="clear" w:color="auto" w:fill="F7E59B" w:themeFill="accent3" w:themeFillTint="7F"/>
      </w:tcPr>
    </w:tblStylePr>
    <w:tblStylePr w:type="band1Horz">
      <w:tblPr/>
      <w:tcPr>
        <w:shd w:val="clear" w:color="auto" w:fill="F7E59B"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6EC7EE" w:themeColor="accent4" w:themeTint="BF"/>
        <w:left w:val="single" w:sz="8" w:space="0" w:color="6EC7EE" w:themeColor="accent4" w:themeTint="BF"/>
        <w:bottom w:val="single" w:sz="8" w:space="0" w:color="6EC7EE" w:themeColor="accent4" w:themeTint="BF"/>
        <w:right w:val="single" w:sz="8" w:space="0" w:color="6EC7EE" w:themeColor="accent4" w:themeTint="BF"/>
        <w:insideH w:val="single" w:sz="8" w:space="0" w:color="6EC7EE" w:themeColor="accent4" w:themeTint="BF"/>
        <w:insideV w:val="single" w:sz="8" w:space="0" w:color="6EC7EE" w:themeColor="accent4" w:themeTint="BF"/>
      </w:tblBorders>
    </w:tblPr>
    <w:tcPr>
      <w:shd w:val="clear" w:color="auto" w:fill="CFECF9" w:themeFill="accent4" w:themeFillTint="3F"/>
    </w:tcPr>
    <w:tblStylePr w:type="firstRow">
      <w:rPr>
        <w:b/>
        <w:bCs/>
      </w:rPr>
    </w:tblStylePr>
    <w:tblStylePr w:type="lastRow">
      <w:rPr>
        <w:b/>
        <w:bCs/>
      </w:rPr>
      <w:tblPr/>
      <w:tcPr>
        <w:tcBorders>
          <w:top w:val="single" w:sz="18" w:space="0" w:color="6EC7EE" w:themeColor="accent4" w:themeTint="BF"/>
        </w:tcBorders>
      </w:tcPr>
    </w:tblStylePr>
    <w:tblStylePr w:type="firstCol">
      <w:rPr>
        <w:b/>
        <w:bCs/>
      </w:rPr>
    </w:tblStylePr>
    <w:tblStylePr w:type="lastCol">
      <w:rPr>
        <w:b/>
        <w:bCs/>
      </w:rPr>
    </w:tblStylePr>
    <w:tblStylePr w:type="band1Vert">
      <w:tblPr/>
      <w:tcPr>
        <w:shd w:val="clear" w:color="auto" w:fill="9EDAF4" w:themeFill="accent4" w:themeFillTint="7F"/>
      </w:tcPr>
    </w:tblStylePr>
    <w:tblStylePr w:type="band1Horz">
      <w:tblPr/>
      <w:tcPr>
        <w:shd w:val="clear" w:color="auto" w:fill="9EDAF4"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77776" w:themeColor="accent5" w:themeTint="BF"/>
        <w:left w:val="single" w:sz="8" w:space="0" w:color="777776" w:themeColor="accent5" w:themeTint="BF"/>
        <w:bottom w:val="single" w:sz="8" w:space="0" w:color="777776" w:themeColor="accent5" w:themeTint="BF"/>
        <w:right w:val="single" w:sz="8" w:space="0" w:color="777776" w:themeColor="accent5" w:themeTint="BF"/>
        <w:insideH w:val="single" w:sz="8" w:space="0" w:color="777776" w:themeColor="accent5" w:themeTint="BF"/>
        <w:insideV w:val="single" w:sz="8" w:space="0" w:color="777776" w:themeColor="accent5" w:themeTint="BF"/>
      </w:tblBorders>
    </w:tblPr>
    <w:tcPr>
      <w:shd w:val="clear" w:color="auto" w:fill="D2D2D1" w:themeFill="accent5" w:themeFillTint="3F"/>
    </w:tcPr>
    <w:tblStylePr w:type="firstRow">
      <w:rPr>
        <w:b/>
        <w:bCs/>
      </w:rPr>
    </w:tblStylePr>
    <w:tblStylePr w:type="lastRow">
      <w:rPr>
        <w:b/>
        <w:bCs/>
      </w:rPr>
      <w:tblPr/>
      <w:tcPr>
        <w:tcBorders>
          <w:top w:val="single" w:sz="18" w:space="0" w:color="777776" w:themeColor="accent5" w:themeTint="BF"/>
        </w:tcBorders>
      </w:tcPr>
    </w:tblStylePr>
    <w:tblStylePr w:type="firstCol">
      <w:rPr>
        <w:b/>
        <w:bCs/>
      </w:rPr>
    </w:tblStylePr>
    <w:tblStylePr w:type="lastCol">
      <w:rPr>
        <w:b/>
        <w:bCs/>
      </w:rPr>
    </w:tblStylePr>
    <w:tblStylePr w:type="band1Vert">
      <w:tblPr/>
      <w:tcPr>
        <w:shd w:val="clear" w:color="auto" w:fill="A5A5A3" w:themeFill="accent5" w:themeFillTint="7F"/>
      </w:tcPr>
    </w:tblStylePr>
    <w:tblStylePr w:type="band1Horz">
      <w:tblPr/>
      <w:tcPr>
        <w:shd w:val="clear" w:color="auto" w:fill="A5A5A3"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2D78A" w:themeColor="accent6" w:themeTint="BF"/>
        <w:left w:val="single" w:sz="8" w:space="0" w:color="92D78A" w:themeColor="accent6" w:themeTint="BF"/>
        <w:bottom w:val="single" w:sz="8" w:space="0" w:color="92D78A" w:themeColor="accent6" w:themeTint="BF"/>
        <w:right w:val="single" w:sz="8" w:space="0" w:color="92D78A" w:themeColor="accent6" w:themeTint="BF"/>
        <w:insideH w:val="single" w:sz="8" w:space="0" w:color="92D78A" w:themeColor="accent6" w:themeTint="BF"/>
        <w:insideV w:val="single" w:sz="8" w:space="0" w:color="92D78A" w:themeColor="accent6" w:themeTint="BF"/>
      </w:tblBorders>
    </w:tblPr>
    <w:tcPr>
      <w:shd w:val="clear" w:color="auto" w:fill="DAF1D8" w:themeFill="accent6" w:themeFillTint="3F"/>
    </w:tcPr>
    <w:tblStylePr w:type="firstRow">
      <w:rPr>
        <w:b/>
        <w:bCs/>
      </w:rPr>
    </w:tblStylePr>
    <w:tblStylePr w:type="lastRow">
      <w:rPr>
        <w:b/>
        <w:bCs/>
      </w:rPr>
      <w:tblPr/>
      <w:tcPr>
        <w:tcBorders>
          <w:top w:val="single" w:sz="18" w:space="0" w:color="92D78A" w:themeColor="accent6" w:themeTint="BF"/>
        </w:tcBorders>
      </w:tcPr>
    </w:tblStylePr>
    <w:tblStylePr w:type="firstCol">
      <w:rPr>
        <w:b/>
        <w:bCs/>
      </w:rPr>
    </w:tblStylePr>
    <w:tblStylePr w:type="lastCol">
      <w:rPr>
        <w:b/>
        <w:bCs/>
      </w:rPr>
    </w:tblStylePr>
    <w:tblStylePr w:type="band1Vert">
      <w:tblPr/>
      <w:tcPr>
        <w:shd w:val="clear" w:color="auto" w:fill="B6E4B1" w:themeFill="accent6" w:themeFillTint="7F"/>
      </w:tcPr>
    </w:tblStylePr>
    <w:tblStylePr w:type="band1Horz">
      <w:tblPr/>
      <w:tcPr>
        <w:shd w:val="clear" w:color="auto" w:fill="B6E4B1"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262626" w:themeColor="text1"/>
        <w:left w:val="single" w:sz="8" w:space="0" w:color="262626" w:themeColor="text1"/>
        <w:bottom w:val="single" w:sz="8" w:space="0" w:color="262626" w:themeColor="text1"/>
        <w:right w:val="single" w:sz="8" w:space="0" w:color="262626" w:themeColor="text1"/>
        <w:insideH w:val="single" w:sz="8" w:space="0" w:color="262626" w:themeColor="text1"/>
        <w:insideV w:val="single" w:sz="8" w:space="0" w:color="262626" w:themeColor="text1"/>
      </w:tblBorders>
    </w:tblPr>
    <w:tcPr>
      <w:shd w:val="clear" w:color="auto" w:fill="C9C9C9" w:themeFill="text1" w:themeFillTint="3F"/>
    </w:tcPr>
    <w:tblStylePr w:type="firstRow">
      <w:rPr>
        <w:b/>
        <w:bCs/>
        <w:color w:val="262626" w:themeColor="text1"/>
      </w:rPr>
      <w:tblPr/>
      <w:tcPr>
        <w:shd w:val="clear" w:color="auto" w:fill="E9E9E9" w:themeFill="text1" w:themeFillTint="19"/>
      </w:tcPr>
    </w:tblStylePr>
    <w:tblStylePr w:type="lastRow">
      <w:rPr>
        <w:b/>
        <w:bCs/>
        <w:color w:val="262626" w:themeColor="text1"/>
      </w:rPr>
      <w:tblPr/>
      <w:tcPr>
        <w:tcBorders>
          <w:top w:val="single" w:sz="12" w:space="0" w:color="262626" w:themeColor="text1"/>
          <w:left w:val="nil"/>
          <w:bottom w:val="nil"/>
          <w:right w:val="nil"/>
          <w:insideH w:val="nil"/>
          <w:insideV w:val="nil"/>
        </w:tcBorders>
        <w:shd w:val="clear" w:color="auto" w:fill="FFFFFF" w:themeFill="background1"/>
      </w:tcPr>
    </w:tblStylePr>
    <w:tblStylePr w:type="firstCol">
      <w:rPr>
        <w:b/>
        <w:bCs/>
        <w:color w:val="2626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26" w:themeColor="text1"/>
      </w:rPr>
      <w:tblPr/>
      <w:tcPr>
        <w:tcBorders>
          <w:top w:val="nil"/>
          <w:left w:val="nil"/>
          <w:bottom w:val="nil"/>
          <w:right w:val="nil"/>
          <w:insideH w:val="nil"/>
          <w:insideV w:val="nil"/>
        </w:tcBorders>
        <w:shd w:val="clear" w:color="auto" w:fill="D3D3D3" w:themeFill="text1" w:themeFillTint="33"/>
      </w:tcPr>
    </w:tblStylePr>
    <w:tblStylePr w:type="band1Vert">
      <w:tblPr/>
      <w:tcPr>
        <w:shd w:val="clear" w:color="auto" w:fill="929292" w:themeFill="text1" w:themeFillTint="7F"/>
      </w:tcPr>
    </w:tblStylePr>
    <w:tblStylePr w:type="band1Horz">
      <w:tblPr/>
      <w:tcPr>
        <w:tcBorders>
          <w:insideH w:val="single" w:sz="6" w:space="0" w:color="262626" w:themeColor="text1"/>
          <w:insideV w:val="single" w:sz="6" w:space="0" w:color="262626" w:themeColor="text1"/>
        </w:tcBorders>
        <w:shd w:val="clear" w:color="auto" w:fill="929292"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409C36" w:themeColor="accent1"/>
        <w:left w:val="single" w:sz="8" w:space="0" w:color="409C36" w:themeColor="accent1"/>
        <w:bottom w:val="single" w:sz="8" w:space="0" w:color="409C36" w:themeColor="accent1"/>
        <w:right w:val="single" w:sz="8" w:space="0" w:color="409C36" w:themeColor="accent1"/>
        <w:insideH w:val="single" w:sz="8" w:space="0" w:color="409C36" w:themeColor="accent1"/>
        <w:insideV w:val="single" w:sz="8" w:space="0" w:color="409C36" w:themeColor="accent1"/>
      </w:tblBorders>
    </w:tblPr>
    <w:tcPr>
      <w:shd w:val="clear" w:color="auto" w:fill="CBECC7" w:themeFill="accent1" w:themeFillTint="3F"/>
    </w:tcPr>
    <w:tblStylePr w:type="firstRow">
      <w:rPr>
        <w:b/>
        <w:bCs/>
        <w:color w:val="262626" w:themeColor="text1"/>
      </w:rPr>
      <w:tblPr/>
      <w:tcPr>
        <w:shd w:val="clear" w:color="auto" w:fill="EAF7E8" w:themeFill="accent1" w:themeFillTint="19"/>
      </w:tcPr>
    </w:tblStylePr>
    <w:tblStylePr w:type="lastRow">
      <w:rPr>
        <w:b/>
        <w:bCs/>
        <w:color w:val="262626" w:themeColor="text1"/>
      </w:rPr>
      <w:tblPr/>
      <w:tcPr>
        <w:tcBorders>
          <w:top w:val="single" w:sz="12" w:space="0" w:color="262626" w:themeColor="text1"/>
          <w:left w:val="nil"/>
          <w:bottom w:val="nil"/>
          <w:right w:val="nil"/>
          <w:insideH w:val="nil"/>
          <w:insideV w:val="nil"/>
        </w:tcBorders>
        <w:shd w:val="clear" w:color="auto" w:fill="FFFFFF" w:themeFill="background1"/>
      </w:tcPr>
    </w:tblStylePr>
    <w:tblStylePr w:type="firstCol">
      <w:rPr>
        <w:b/>
        <w:bCs/>
        <w:color w:val="2626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26" w:themeColor="text1"/>
      </w:rPr>
      <w:tblPr/>
      <w:tcPr>
        <w:tcBorders>
          <w:top w:val="nil"/>
          <w:left w:val="nil"/>
          <w:bottom w:val="nil"/>
          <w:right w:val="nil"/>
          <w:insideH w:val="nil"/>
          <w:insideV w:val="nil"/>
        </w:tcBorders>
        <w:shd w:val="clear" w:color="auto" w:fill="D5EFD2" w:themeFill="accent1" w:themeFillTint="33"/>
      </w:tcPr>
    </w:tblStylePr>
    <w:tblStylePr w:type="band1Vert">
      <w:tblPr/>
      <w:tcPr>
        <w:shd w:val="clear" w:color="auto" w:fill="96D88F" w:themeFill="accent1" w:themeFillTint="7F"/>
      </w:tcPr>
    </w:tblStylePr>
    <w:tblStylePr w:type="band1Horz">
      <w:tblPr/>
      <w:tcPr>
        <w:tcBorders>
          <w:insideH w:val="single" w:sz="6" w:space="0" w:color="409C36" w:themeColor="accent1"/>
          <w:insideV w:val="single" w:sz="6" w:space="0" w:color="409C36" w:themeColor="accent1"/>
        </w:tcBorders>
        <w:shd w:val="clear" w:color="auto" w:fill="96D88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E67309" w:themeColor="accent2"/>
        <w:left w:val="single" w:sz="8" w:space="0" w:color="E67309" w:themeColor="accent2"/>
        <w:bottom w:val="single" w:sz="8" w:space="0" w:color="E67309" w:themeColor="accent2"/>
        <w:right w:val="single" w:sz="8" w:space="0" w:color="E67309" w:themeColor="accent2"/>
        <w:insideH w:val="single" w:sz="8" w:space="0" w:color="E67309" w:themeColor="accent2"/>
        <w:insideV w:val="single" w:sz="8" w:space="0" w:color="E67309" w:themeColor="accent2"/>
      </w:tblBorders>
    </w:tblPr>
    <w:tcPr>
      <w:shd w:val="clear" w:color="auto" w:fill="FCDCBE" w:themeFill="accent2" w:themeFillTint="3F"/>
    </w:tcPr>
    <w:tblStylePr w:type="firstRow">
      <w:rPr>
        <w:b/>
        <w:bCs/>
        <w:color w:val="262626" w:themeColor="text1"/>
      </w:rPr>
      <w:tblPr/>
      <w:tcPr>
        <w:shd w:val="clear" w:color="auto" w:fill="FEF1E5" w:themeFill="accent2" w:themeFillTint="19"/>
      </w:tcPr>
    </w:tblStylePr>
    <w:tblStylePr w:type="lastRow">
      <w:rPr>
        <w:b/>
        <w:bCs/>
        <w:color w:val="262626" w:themeColor="text1"/>
      </w:rPr>
      <w:tblPr/>
      <w:tcPr>
        <w:tcBorders>
          <w:top w:val="single" w:sz="12" w:space="0" w:color="262626" w:themeColor="text1"/>
          <w:left w:val="nil"/>
          <w:bottom w:val="nil"/>
          <w:right w:val="nil"/>
          <w:insideH w:val="nil"/>
          <w:insideV w:val="nil"/>
        </w:tcBorders>
        <w:shd w:val="clear" w:color="auto" w:fill="FFFFFF" w:themeFill="background1"/>
      </w:tcPr>
    </w:tblStylePr>
    <w:tblStylePr w:type="firstCol">
      <w:rPr>
        <w:b/>
        <w:bCs/>
        <w:color w:val="2626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26" w:themeColor="text1"/>
      </w:rPr>
      <w:tblPr/>
      <w:tcPr>
        <w:tcBorders>
          <w:top w:val="nil"/>
          <w:left w:val="nil"/>
          <w:bottom w:val="nil"/>
          <w:right w:val="nil"/>
          <w:insideH w:val="nil"/>
          <w:insideV w:val="nil"/>
        </w:tcBorders>
        <w:shd w:val="clear" w:color="auto" w:fill="FDE2CA" w:themeFill="accent2" w:themeFillTint="33"/>
      </w:tcPr>
    </w:tblStylePr>
    <w:tblStylePr w:type="band1Vert">
      <w:tblPr/>
      <w:tcPr>
        <w:shd w:val="clear" w:color="auto" w:fill="FAB87D" w:themeFill="accent2" w:themeFillTint="7F"/>
      </w:tcPr>
    </w:tblStylePr>
    <w:tblStylePr w:type="band1Horz">
      <w:tblPr/>
      <w:tcPr>
        <w:tcBorders>
          <w:insideH w:val="single" w:sz="6" w:space="0" w:color="E67309" w:themeColor="accent2"/>
          <w:insideV w:val="single" w:sz="6" w:space="0" w:color="E67309" w:themeColor="accent2"/>
        </w:tcBorders>
        <w:shd w:val="clear" w:color="auto" w:fill="FAB87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EFCB37" w:themeColor="accent3"/>
        <w:left w:val="single" w:sz="8" w:space="0" w:color="EFCB37" w:themeColor="accent3"/>
        <w:bottom w:val="single" w:sz="8" w:space="0" w:color="EFCB37" w:themeColor="accent3"/>
        <w:right w:val="single" w:sz="8" w:space="0" w:color="EFCB37" w:themeColor="accent3"/>
        <w:insideH w:val="single" w:sz="8" w:space="0" w:color="EFCB37" w:themeColor="accent3"/>
        <w:insideV w:val="single" w:sz="8" w:space="0" w:color="EFCB37" w:themeColor="accent3"/>
      </w:tblBorders>
    </w:tblPr>
    <w:tcPr>
      <w:shd w:val="clear" w:color="auto" w:fill="FBF2CD" w:themeFill="accent3" w:themeFillTint="3F"/>
    </w:tcPr>
    <w:tblStylePr w:type="firstRow">
      <w:rPr>
        <w:b/>
        <w:bCs/>
        <w:color w:val="262626" w:themeColor="text1"/>
      </w:rPr>
      <w:tblPr/>
      <w:tcPr>
        <w:shd w:val="clear" w:color="auto" w:fill="FDF9EB" w:themeFill="accent3" w:themeFillTint="19"/>
      </w:tcPr>
    </w:tblStylePr>
    <w:tblStylePr w:type="lastRow">
      <w:rPr>
        <w:b/>
        <w:bCs/>
        <w:color w:val="262626" w:themeColor="text1"/>
      </w:rPr>
      <w:tblPr/>
      <w:tcPr>
        <w:tcBorders>
          <w:top w:val="single" w:sz="12" w:space="0" w:color="262626" w:themeColor="text1"/>
          <w:left w:val="nil"/>
          <w:bottom w:val="nil"/>
          <w:right w:val="nil"/>
          <w:insideH w:val="nil"/>
          <w:insideV w:val="nil"/>
        </w:tcBorders>
        <w:shd w:val="clear" w:color="auto" w:fill="FFFFFF" w:themeFill="background1"/>
      </w:tcPr>
    </w:tblStylePr>
    <w:tblStylePr w:type="firstCol">
      <w:rPr>
        <w:b/>
        <w:bCs/>
        <w:color w:val="2626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26" w:themeColor="text1"/>
      </w:rPr>
      <w:tblPr/>
      <w:tcPr>
        <w:tcBorders>
          <w:top w:val="nil"/>
          <w:left w:val="nil"/>
          <w:bottom w:val="nil"/>
          <w:right w:val="nil"/>
          <w:insideH w:val="nil"/>
          <w:insideV w:val="nil"/>
        </w:tcBorders>
        <w:shd w:val="clear" w:color="auto" w:fill="FBF4D6" w:themeFill="accent3" w:themeFillTint="33"/>
      </w:tcPr>
    </w:tblStylePr>
    <w:tblStylePr w:type="band1Vert">
      <w:tblPr/>
      <w:tcPr>
        <w:shd w:val="clear" w:color="auto" w:fill="F7E59B" w:themeFill="accent3" w:themeFillTint="7F"/>
      </w:tcPr>
    </w:tblStylePr>
    <w:tblStylePr w:type="band1Horz">
      <w:tblPr/>
      <w:tcPr>
        <w:tcBorders>
          <w:insideH w:val="single" w:sz="6" w:space="0" w:color="EFCB37" w:themeColor="accent3"/>
          <w:insideV w:val="single" w:sz="6" w:space="0" w:color="EFCB37" w:themeColor="accent3"/>
        </w:tcBorders>
        <w:shd w:val="clear" w:color="auto" w:fill="F7E59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3EB6E9" w:themeColor="accent4"/>
        <w:left w:val="single" w:sz="8" w:space="0" w:color="3EB6E9" w:themeColor="accent4"/>
        <w:bottom w:val="single" w:sz="8" w:space="0" w:color="3EB6E9" w:themeColor="accent4"/>
        <w:right w:val="single" w:sz="8" w:space="0" w:color="3EB6E9" w:themeColor="accent4"/>
        <w:insideH w:val="single" w:sz="8" w:space="0" w:color="3EB6E9" w:themeColor="accent4"/>
        <w:insideV w:val="single" w:sz="8" w:space="0" w:color="3EB6E9" w:themeColor="accent4"/>
      </w:tblBorders>
    </w:tblPr>
    <w:tcPr>
      <w:shd w:val="clear" w:color="auto" w:fill="CFECF9" w:themeFill="accent4" w:themeFillTint="3F"/>
    </w:tcPr>
    <w:tblStylePr w:type="firstRow">
      <w:rPr>
        <w:b/>
        <w:bCs/>
        <w:color w:val="262626" w:themeColor="text1"/>
      </w:rPr>
      <w:tblPr/>
      <w:tcPr>
        <w:shd w:val="clear" w:color="auto" w:fill="EBF7FC" w:themeFill="accent4" w:themeFillTint="19"/>
      </w:tcPr>
    </w:tblStylePr>
    <w:tblStylePr w:type="lastRow">
      <w:rPr>
        <w:b/>
        <w:bCs/>
        <w:color w:val="262626" w:themeColor="text1"/>
      </w:rPr>
      <w:tblPr/>
      <w:tcPr>
        <w:tcBorders>
          <w:top w:val="single" w:sz="12" w:space="0" w:color="262626" w:themeColor="text1"/>
          <w:left w:val="nil"/>
          <w:bottom w:val="nil"/>
          <w:right w:val="nil"/>
          <w:insideH w:val="nil"/>
          <w:insideV w:val="nil"/>
        </w:tcBorders>
        <w:shd w:val="clear" w:color="auto" w:fill="FFFFFF" w:themeFill="background1"/>
      </w:tcPr>
    </w:tblStylePr>
    <w:tblStylePr w:type="firstCol">
      <w:rPr>
        <w:b/>
        <w:bCs/>
        <w:color w:val="2626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26" w:themeColor="text1"/>
      </w:rPr>
      <w:tblPr/>
      <w:tcPr>
        <w:tcBorders>
          <w:top w:val="nil"/>
          <w:left w:val="nil"/>
          <w:bottom w:val="nil"/>
          <w:right w:val="nil"/>
          <w:insideH w:val="nil"/>
          <w:insideV w:val="nil"/>
        </w:tcBorders>
        <w:shd w:val="clear" w:color="auto" w:fill="D8F0FA" w:themeFill="accent4" w:themeFillTint="33"/>
      </w:tcPr>
    </w:tblStylePr>
    <w:tblStylePr w:type="band1Vert">
      <w:tblPr/>
      <w:tcPr>
        <w:shd w:val="clear" w:color="auto" w:fill="9EDAF4" w:themeFill="accent4" w:themeFillTint="7F"/>
      </w:tcPr>
    </w:tblStylePr>
    <w:tblStylePr w:type="band1Horz">
      <w:tblPr/>
      <w:tcPr>
        <w:tcBorders>
          <w:insideH w:val="single" w:sz="6" w:space="0" w:color="3EB6E9" w:themeColor="accent4"/>
          <w:insideV w:val="single" w:sz="6" w:space="0" w:color="3EB6E9" w:themeColor="accent4"/>
        </w:tcBorders>
        <w:shd w:val="clear" w:color="auto" w:fill="9EDAF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4A4A49" w:themeColor="accent5"/>
        <w:left w:val="single" w:sz="8" w:space="0" w:color="4A4A49" w:themeColor="accent5"/>
        <w:bottom w:val="single" w:sz="8" w:space="0" w:color="4A4A49" w:themeColor="accent5"/>
        <w:right w:val="single" w:sz="8" w:space="0" w:color="4A4A49" w:themeColor="accent5"/>
        <w:insideH w:val="single" w:sz="8" w:space="0" w:color="4A4A49" w:themeColor="accent5"/>
        <w:insideV w:val="single" w:sz="8" w:space="0" w:color="4A4A49" w:themeColor="accent5"/>
      </w:tblBorders>
    </w:tblPr>
    <w:tcPr>
      <w:shd w:val="clear" w:color="auto" w:fill="D2D2D1" w:themeFill="accent5" w:themeFillTint="3F"/>
    </w:tcPr>
    <w:tblStylePr w:type="firstRow">
      <w:rPr>
        <w:b/>
        <w:bCs/>
        <w:color w:val="262626" w:themeColor="text1"/>
      </w:rPr>
      <w:tblPr/>
      <w:tcPr>
        <w:shd w:val="clear" w:color="auto" w:fill="EDEDED" w:themeFill="accent5" w:themeFillTint="19"/>
      </w:tcPr>
    </w:tblStylePr>
    <w:tblStylePr w:type="lastRow">
      <w:rPr>
        <w:b/>
        <w:bCs/>
        <w:color w:val="262626" w:themeColor="text1"/>
      </w:rPr>
      <w:tblPr/>
      <w:tcPr>
        <w:tcBorders>
          <w:top w:val="single" w:sz="12" w:space="0" w:color="262626" w:themeColor="text1"/>
          <w:left w:val="nil"/>
          <w:bottom w:val="nil"/>
          <w:right w:val="nil"/>
          <w:insideH w:val="nil"/>
          <w:insideV w:val="nil"/>
        </w:tcBorders>
        <w:shd w:val="clear" w:color="auto" w:fill="FFFFFF" w:themeFill="background1"/>
      </w:tcPr>
    </w:tblStylePr>
    <w:tblStylePr w:type="firstCol">
      <w:rPr>
        <w:b/>
        <w:bCs/>
        <w:color w:val="2626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26" w:themeColor="text1"/>
      </w:rPr>
      <w:tblPr/>
      <w:tcPr>
        <w:tcBorders>
          <w:top w:val="nil"/>
          <w:left w:val="nil"/>
          <w:bottom w:val="nil"/>
          <w:right w:val="nil"/>
          <w:insideH w:val="nil"/>
          <w:insideV w:val="nil"/>
        </w:tcBorders>
        <w:shd w:val="clear" w:color="auto" w:fill="DBDBDA" w:themeFill="accent5" w:themeFillTint="33"/>
      </w:tcPr>
    </w:tblStylePr>
    <w:tblStylePr w:type="band1Vert">
      <w:tblPr/>
      <w:tcPr>
        <w:shd w:val="clear" w:color="auto" w:fill="A5A5A3" w:themeFill="accent5" w:themeFillTint="7F"/>
      </w:tcPr>
    </w:tblStylePr>
    <w:tblStylePr w:type="band1Horz">
      <w:tblPr/>
      <w:tcPr>
        <w:tcBorders>
          <w:insideH w:val="single" w:sz="6" w:space="0" w:color="4A4A49" w:themeColor="accent5"/>
          <w:insideV w:val="single" w:sz="6" w:space="0" w:color="4A4A49" w:themeColor="accent5"/>
        </w:tcBorders>
        <w:shd w:val="clear" w:color="auto" w:fill="A5A5A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262626" w:themeColor="text1"/>
    </w:rPr>
    <w:tblPr>
      <w:tblStyleRowBandSize w:val="1"/>
      <w:tblStyleColBandSize w:val="1"/>
      <w:tblBorders>
        <w:top w:val="single" w:sz="8" w:space="0" w:color="6ECA64" w:themeColor="accent6"/>
        <w:left w:val="single" w:sz="8" w:space="0" w:color="6ECA64" w:themeColor="accent6"/>
        <w:bottom w:val="single" w:sz="8" w:space="0" w:color="6ECA64" w:themeColor="accent6"/>
        <w:right w:val="single" w:sz="8" w:space="0" w:color="6ECA64" w:themeColor="accent6"/>
        <w:insideH w:val="single" w:sz="8" w:space="0" w:color="6ECA64" w:themeColor="accent6"/>
        <w:insideV w:val="single" w:sz="8" w:space="0" w:color="6ECA64" w:themeColor="accent6"/>
      </w:tblBorders>
    </w:tblPr>
    <w:tcPr>
      <w:shd w:val="clear" w:color="auto" w:fill="DAF1D8" w:themeFill="accent6" w:themeFillTint="3F"/>
    </w:tcPr>
    <w:tblStylePr w:type="firstRow">
      <w:rPr>
        <w:b/>
        <w:bCs/>
        <w:color w:val="262626" w:themeColor="text1"/>
      </w:rPr>
      <w:tblPr/>
      <w:tcPr>
        <w:shd w:val="clear" w:color="auto" w:fill="F0F9EF" w:themeFill="accent6" w:themeFillTint="19"/>
      </w:tcPr>
    </w:tblStylePr>
    <w:tblStylePr w:type="lastRow">
      <w:rPr>
        <w:b/>
        <w:bCs/>
        <w:color w:val="262626" w:themeColor="text1"/>
      </w:rPr>
      <w:tblPr/>
      <w:tcPr>
        <w:tcBorders>
          <w:top w:val="single" w:sz="12" w:space="0" w:color="262626" w:themeColor="text1"/>
          <w:left w:val="nil"/>
          <w:bottom w:val="nil"/>
          <w:right w:val="nil"/>
          <w:insideH w:val="nil"/>
          <w:insideV w:val="nil"/>
        </w:tcBorders>
        <w:shd w:val="clear" w:color="auto" w:fill="FFFFFF" w:themeFill="background1"/>
      </w:tcPr>
    </w:tblStylePr>
    <w:tblStylePr w:type="firstCol">
      <w:rPr>
        <w:b/>
        <w:bCs/>
        <w:color w:val="262626"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26" w:themeColor="text1"/>
      </w:rPr>
      <w:tblPr/>
      <w:tcPr>
        <w:tcBorders>
          <w:top w:val="nil"/>
          <w:left w:val="nil"/>
          <w:bottom w:val="nil"/>
          <w:right w:val="nil"/>
          <w:insideH w:val="nil"/>
          <w:insideV w:val="nil"/>
        </w:tcBorders>
        <w:shd w:val="clear" w:color="auto" w:fill="E1F4DF" w:themeFill="accent6" w:themeFillTint="33"/>
      </w:tcPr>
    </w:tblStylePr>
    <w:tblStylePr w:type="band1Vert">
      <w:tblPr/>
      <w:tcPr>
        <w:shd w:val="clear" w:color="auto" w:fill="B6E4B1" w:themeFill="accent6" w:themeFillTint="7F"/>
      </w:tcPr>
    </w:tblStylePr>
    <w:tblStylePr w:type="band1Horz">
      <w:tblPr/>
      <w:tcPr>
        <w:tcBorders>
          <w:insideH w:val="single" w:sz="6" w:space="0" w:color="6ECA64" w:themeColor="accent6"/>
          <w:insideV w:val="single" w:sz="6" w:space="0" w:color="6ECA64" w:themeColor="accent6"/>
        </w:tcBorders>
        <w:shd w:val="clear" w:color="auto" w:fill="B6E4B1"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9C9"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2626"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2626"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2626"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2626"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9292"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9292"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CC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09C3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09C3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09C3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09C3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D88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D88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DCBE"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730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730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730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730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B87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B87D"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2C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CB3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CB3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CB3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CB3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59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59B"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FECF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B6E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B6E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B6E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B6E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EDAF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EDAF4"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D2D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A4A4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A4A4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A4A4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A4A4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A5A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A5A3"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F1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CA6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CA6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CA6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CA6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E4B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E4B1"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262626" w:themeFill="text1"/>
    </w:tcPr>
    <w:tblStylePr w:type="firstRow">
      <w:rPr>
        <w:b/>
        <w:bCs/>
      </w:rPr>
      <w:tblPr/>
      <w:tcPr>
        <w:tcBorders>
          <w:top w:val="nil"/>
          <w:left w:val="nil"/>
          <w:bottom w:val="single" w:sz="18" w:space="0" w:color="FFFFFF" w:themeColor="background1"/>
          <w:right w:val="nil"/>
          <w:insideH w:val="nil"/>
          <w:insideV w:val="nil"/>
        </w:tcBorders>
        <w:shd w:val="clear" w:color="auto" w:fill="262626" w:themeFill="text1"/>
      </w:tcPr>
    </w:tblStylePr>
    <w:tblStylePr w:type="lastRow">
      <w:tblPr/>
      <w:tcPr>
        <w:tcBorders>
          <w:top w:val="single" w:sz="18" w:space="0" w:color="FFFFFF" w:themeColor="background1"/>
          <w:left w:val="nil"/>
          <w:bottom w:val="nil"/>
          <w:right w:val="nil"/>
          <w:insideH w:val="nil"/>
          <w:insideV w:val="nil"/>
        </w:tcBorders>
        <w:shd w:val="clear" w:color="auto" w:fill="121212"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C1C1C"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C1C1C" w:themeFill="text1" w:themeFillShade="BF"/>
      </w:tcPr>
    </w:tblStylePr>
    <w:tblStylePr w:type="band1Vert">
      <w:tblPr/>
      <w:tcPr>
        <w:tcBorders>
          <w:top w:val="nil"/>
          <w:left w:val="nil"/>
          <w:bottom w:val="nil"/>
          <w:right w:val="nil"/>
          <w:insideH w:val="nil"/>
          <w:insideV w:val="nil"/>
        </w:tcBorders>
        <w:shd w:val="clear" w:color="auto" w:fill="1C1C1C" w:themeFill="text1" w:themeFillShade="BF"/>
      </w:tcPr>
    </w:tblStylePr>
    <w:tblStylePr w:type="band1Horz">
      <w:tblPr/>
      <w:tcPr>
        <w:tcBorders>
          <w:top w:val="nil"/>
          <w:left w:val="nil"/>
          <w:bottom w:val="nil"/>
          <w:right w:val="nil"/>
          <w:insideH w:val="nil"/>
          <w:insideV w:val="nil"/>
        </w:tcBorders>
        <w:shd w:val="clear" w:color="auto" w:fill="1C1C1C"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09C3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62626" w:themeFill="text1"/>
      </w:tcPr>
    </w:tblStylePr>
    <w:tblStylePr w:type="lastRow">
      <w:tblPr/>
      <w:tcPr>
        <w:tcBorders>
          <w:top w:val="single" w:sz="18" w:space="0" w:color="FFFFFF" w:themeColor="background1"/>
          <w:left w:val="nil"/>
          <w:bottom w:val="nil"/>
          <w:right w:val="nil"/>
          <w:insideH w:val="nil"/>
          <w:insideV w:val="nil"/>
        </w:tcBorders>
        <w:shd w:val="clear" w:color="auto" w:fill="1F4D1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742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7428" w:themeFill="accent1" w:themeFillShade="BF"/>
      </w:tcPr>
    </w:tblStylePr>
    <w:tblStylePr w:type="band1Vert">
      <w:tblPr/>
      <w:tcPr>
        <w:tcBorders>
          <w:top w:val="nil"/>
          <w:left w:val="nil"/>
          <w:bottom w:val="nil"/>
          <w:right w:val="nil"/>
          <w:insideH w:val="nil"/>
          <w:insideV w:val="nil"/>
        </w:tcBorders>
        <w:shd w:val="clear" w:color="auto" w:fill="2F7428" w:themeFill="accent1" w:themeFillShade="BF"/>
      </w:tcPr>
    </w:tblStylePr>
    <w:tblStylePr w:type="band1Horz">
      <w:tblPr/>
      <w:tcPr>
        <w:tcBorders>
          <w:top w:val="nil"/>
          <w:left w:val="nil"/>
          <w:bottom w:val="nil"/>
          <w:right w:val="nil"/>
          <w:insideH w:val="nil"/>
          <w:insideV w:val="nil"/>
        </w:tcBorders>
        <w:shd w:val="clear" w:color="auto" w:fill="2F7428"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6730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62626" w:themeFill="text1"/>
      </w:tcPr>
    </w:tblStylePr>
    <w:tblStylePr w:type="lastRow">
      <w:tblPr/>
      <w:tcPr>
        <w:tcBorders>
          <w:top w:val="single" w:sz="18" w:space="0" w:color="FFFFFF" w:themeColor="background1"/>
          <w:left w:val="nil"/>
          <w:bottom w:val="nil"/>
          <w:right w:val="nil"/>
          <w:insideH w:val="nil"/>
          <w:insideV w:val="nil"/>
        </w:tcBorders>
        <w:shd w:val="clear" w:color="auto" w:fill="7239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55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5506" w:themeFill="accent2" w:themeFillShade="BF"/>
      </w:tcPr>
    </w:tblStylePr>
    <w:tblStylePr w:type="band1Vert">
      <w:tblPr/>
      <w:tcPr>
        <w:tcBorders>
          <w:top w:val="nil"/>
          <w:left w:val="nil"/>
          <w:bottom w:val="nil"/>
          <w:right w:val="nil"/>
          <w:insideH w:val="nil"/>
          <w:insideV w:val="nil"/>
        </w:tcBorders>
        <w:shd w:val="clear" w:color="auto" w:fill="AC5506" w:themeFill="accent2" w:themeFillShade="BF"/>
      </w:tcPr>
    </w:tblStylePr>
    <w:tblStylePr w:type="band1Horz">
      <w:tblPr/>
      <w:tcPr>
        <w:tcBorders>
          <w:top w:val="nil"/>
          <w:left w:val="nil"/>
          <w:bottom w:val="nil"/>
          <w:right w:val="nil"/>
          <w:insideH w:val="nil"/>
          <w:insideV w:val="nil"/>
        </w:tcBorders>
        <w:shd w:val="clear" w:color="auto" w:fill="AC5506"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EFCB3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62626" w:themeFill="text1"/>
      </w:tcPr>
    </w:tblStylePr>
    <w:tblStylePr w:type="lastRow">
      <w:tblPr/>
      <w:tcPr>
        <w:tcBorders>
          <w:top w:val="single" w:sz="18" w:space="0" w:color="FFFFFF" w:themeColor="background1"/>
          <w:left w:val="nil"/>
          <w:bottom w:val="nil"/>
          <w:right w:val="nil"/>
          <w:insideH w:val="nil"/>
          <w:insideV w:val="nil"/>
        </w:tcBorders>
        <w:shd w:val="clear" w:color="auto" w:fill="876E0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BA61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BA610" w:themeFill="accent3" w:themeFillShade="BF"/>
      </w:tcPr>
    </w:tblStylePr>
    <w:tblStylePr w:type="band1Vert">
      <w:tblPr/>
      <w:tcPr>
        <w:tcBorders>
          <w:top w:val="nil"/>
          <w:left w:val="nil"/>
          <w:bottom w:val="nil"/>
          <w:right w:val="nil"/>
          <w:insideH w:val="nil"/>
          <w:insideV w:val="nil"/>
        </w:tcBorders>
        <w:shd w:val="clear" w:color="auto" w:fill="CBA610" w:themeFill="accent3" w:themeFillShade="BF"/>
      </w:tcPr>
    </w:tblStylePr>
    <w:tblStylePr w:type="band1Horz">
      <w:tblPr/>
      <w:tcPr>
        <w:tcBorders>
          <w:top w:val="nil"/>
          <w:left w:val="nil"/>
          <w:bottom w:val="nil"/>
          <w:right w:val="nil"/>
          <w:insideH w:val="nil"/>
          <w:insideV w:val="nil"/>
        </w:tcBorders>
        <w:shd w:val="clear" w:color="auto" w:fill="CBA610"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3EB6E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62626" w:themeFill="text1"/>
      </w:tcPr>
    </w:tblStylePr>
    <w:tblStylePr w:type="lastRow">
      <w:tblPr/>
      <w:tcPr>
        <w:tcBorders>
          <w:top w:val="single" w:sz="18" w:space="0" w:color="FFFFFF" w:themeColor="background1"/>
          <w:left w:val="nil"/>
          <w:bottom w:val="nil"/>
          <w:right w:val="nil"/>
          <w:insideH w:val="nil"/>
          <w:insideV w:val="nil"/>
        </w:tcBorders>
        <w:shd w:val="clear" w:color="auto" w:fill="0F608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691C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691C6" w:themeFill="accent4" w:themeFillShade="BF"/>
      </w:tcPr>
    </w:tblStylePr>
    <w:tblStylePr w:type="band1Vert">
      <w:tblPr/>
      <w:tcPr>
        <w:tcBorders>
          <w:top w:val="nil"/>
          <w:left w:val="nil"/>
          <w:bottom w:val="nil"/>
          <w:right w:val="nil"/>
          <w:insideH w:val="nil"/>
          <w:insideV w:val="nil"/>
        </w:tcBorders>
        <w:shd w:val="clear" w:color="auto" w:fill="1691C6" w:themeFill="accent4" w:themeFillShade="BF"/>
      </w:tcPr>
    </w:tblStylePr>
    <w:tblStylePr w:type="band1Horz">
      <w:tblPr/>
      <w:tcPr>
        <w:tcBorders>
          <w:top w:val="nil"/>
          <w:left w:val="nil"/>
          <w:bottom w:val="nil"/>
          <w:right w:val="nil"/>
          <w:insideH w:val="nil"/>
          <w:insideV w:val="nil"/>
        </w:tcBorders>
        <w:shd w:val="clear" w:color="auto" w:fill="1691C6"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A4A4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62626" w:themeFill="text1"/>
      </w:tcPr>
    </w:tblStylePr>
    <w:tblStylePr w:type="lastRow">
      <w:tblPr/>
      <w:tcPr>
        <w:tcBorders>
          <w:top w:val="single" w:sz="18" w:space="0" w:color="FFFFFF" w:themeColor="background1"/>
          <w:left w:val="nil"/>
          <w:bottom w:val="nil"/>
          <w:right w:val="nil"/>
          <w:insideH w:val="nil"/>
          <w:insideV w:val="nil"/>
        </w:tcBorders>
        <w:shd w:val="clear" w:color="auto" w:fill="24242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7373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73736" w:themeFill="accent5" w:themeFillShade="BF"/>
      </w:tcPr>
    </w:tblStylePr>
    <w:tblStylePr w:type="band1Vert">
      <w:tblPr/>
      <w:tcPr>
        <w:tcBorders>
          <w:top w:val="nil"/>
          <w:left w:val="nil"/>
          <w:bottom w:val="nil"/>
          <w:right w:val="nil"/>
          <w:insideH w:val="nil"/>
          <w:insideV w:val="nil"/>
        </w:tcBorders>
        <w:shd w:val="clear" w:color="auto" w:fill="373736" w:themeFill="accent5" w:themeFillShade="BF"/>
      </w:tcPr>
    </w:tblStylePr>
    <w:tblStylePr w:type="band1Horz">
      <w:tblPr/>
      <w:tcPr>
        <w:tcBorders>
          <w:top w:val="nil"/>
          <w:left w:val="nil"/>
          <w:bottom w:val="nil"/>
          <w:right w:val="nil"/>
          <w:insideH w:val="nil"/>
          <w:insideV w:val="nil"/>
        </w:tcBorders>
        <w:shd w:val="clear" w:color="auto" w:fill="373736"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6ECA6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62626" w:themeFill="text1"/>
      </w:tcPr>
    </w:tblStylePr>
    <w:tblStylePr w:type="lastRow">
      <w:tblPr/>
      <w:tcPr>
        <w:tcBorders>
          <w:top w:val="single" w:sz="18" w:space="0" w:color="FFFFFF" w:themeColor="background1"/>
          <w:left w:val="nil"/>
          <w:bottom w:val="nil"/>
          <w:right w:val="nil"/>
          <w:insideH w:val="nil"/>
          <w:insideV w:val="nil"/>
        </w:tcBorders>
        <w:shd w:val="clear" w:color="auto" w:fill="2D70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4A8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4A839" w:themeFill="accent6" w:themeFillShade="BF"/>
      </w:tcPr>
    </w:tblStylePr>
    <w:tblStylePr w:type="band1Vert">
      <w:tblPr/>
      <w:tcPr>
        <w:tcBorders>
          <w:top w:val="nil"/>
          <w:left w:val="nil"/>
          <w:bottom w:val="nil"/>
          <w:right w:val="nil"/>
          <w:insideH w:val="nil"/>
          <w:insideV w:val="nil"/>
        </w:tcBorders>
        <w:shd w:val="clear" w:color="auto" w:fill="44A839" w:themeFill="accent6" w:themeFillShade="BF"/>
      </w:tcPr>
    </w:tblStylePr>
    <w:tblStylePr w:type="band1Horz">
      <w:tblPr/>
      <w:tcPr>
        <w:tcBorders>
          <w:top w:val="nil"/>
          <w:left w:val="nil"/>
          <w:bottom w:val="nil"/>
          <w:right w:val="nil"/>
          <w:insideH w:val="nil"/>
          <w:insideV w:val="nil"/>
        </w:tcBorders>
        <w:shd w:val="clear" w:color="auto" w:fill="44A839" w:themeFill="accent6" w:themeFillShade="BF"/>
      </w:tcPr>
    </w:tblStylePr>
  </w:style>
  <w:style w:type="table" w:styleId="ColourfulShading">
    <w:name w:val="Colorful Shading"/>
    <w:basedOn w:val="TableNormal"/>
    <w:uiPriority w:val="71"/>
    <w:rsid w:val="00CB0664"/>
    <w:pPr>
      <w:spacing w:after="0" w:line="240" w:lineRule="auto"/>
    </w:pPr>
    <w:rPr>
      <w:color w:val="262626" w:themeColor="text1"/>
    </w:rPr>
    <w:tblPr>
      <w:tblStyleRowBandSize w:val="1"/>
      <w:tblStyleColBandSize w:val="1"/>
      <w:tblBorders>
        <w:top w:val="single" w:sz="24" w:space="0" w:color="E67309" w:themeColor="accent2"/>
        <w:left w:val="single" w:sz="4" w:space="0" w:color="262626" w:themeColor="text1"/>
        <w:bottom w:val="single" w:sz="4" w:space="0" w:color="262626" w:themeColor="text1"/>
        <w:right w:val="single" w:sz="4" w:space="0" w:color="262626"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E6730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1616" w:themeFill="text1" w:themeFillShade="99"/>
      </w:tcPr>
    </w:tblStylePr>
    <w:tblStylePr w:type="firstCol">
      <w:rPr>
        <w:color w:val="FFFFFF" w:themeColor="background1"/>
      </w:rPr>
      <w:tblPr/>
      <w:tcPr>
        <w:tcBorders>
          <w:top w:val="nil"/>
          <w:left w:val="nil"/>
          <w:bottom w:val="nil"/>
          <w:right w:val="nil"/>
          <w:insideH w:val="single" w:sz="4" w:space="0" w:color="161616" w:themeColor="text1" w:themeShade="99"/>
          <w:insideV w:val="nil"/>
        </w:tcBorders>
        <w:shd w:val="clear" w:color="auto" w:fill="161616"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C1C1C" w:themeFill="text1" w:themeFillShade="BF"/>
      </w:tcPr>
    </w:tblStylePr>
    <w:tblStylePr w:type="band1Vert">
      <w:tblPr/>
      <w:tcPr>
        <w:shd w:val="clear" w:color="auto" w:fill="A8A8A8" w:themeFill="text1" w:themeFillTint="66"/>
      </w:tcPr>
    </w:tblStylePr>
    <w:tblStylePr w:type="band1Horz">
      <w:tblPr/>
      <w:tcPr>
        <w:shd w:val="clear" w:color="auto" w:fill="929292" w:themeFill="text1" w:themeFillTint="7F"/>
      </w:tcPr>
    </w:tblStylePr>
    <w:tblStylePr w:type="neCell">
      <w:rPr>
        <w:color w:val="262626" w:themeColor="text1"/>
      </w:rPr>
    </w:tblStylePr>
    <w:tblStylePr w:type="nwCell">
      <w:rPr>
        <w:color w:val="262626" w:themeColor="text1"/>
      </w:rPr>
    </w:tblStylePr>
  </w:style>
  <w:style w:type="table" w:styleId="ColourfulShadingAccent1">
    <w:name w:val="Colorful Shading Accent 1"/>
    <w:basedOn w:val="TableNormal"/>
    <w:uiPriority w:val="71"/>
    <w:rsid w:val="00CB0664"/>
    <w:pPr>
      <w:spacing w:after="0" w:line="240" w:lineRule="auto"/>
    </w:pPr>
    <w:rPr>
      <w:color w:val="262626" w:themeColor="text1"/>
    </w:rPr>
    <w:tblPr>
      <w:tblStyleRowBandSize w:val="1"/>
      <w:tblStyleColBandSize w:val="1"/>
      <w:tblBorders>
        <w:top w:val="single" w:sz="24" w:space="0" w:color="E67309" w:themeColor="accent2"/>
        <w:left w:val="single" w:sz="4" w:space="0" w:color="409C36" w:themeColor="accent1"/>
        <w:bottom w:val="single" w:sz="4" w:space="0" w:color="409C36" w:themeColor="accent1"/>
        <w:right w:val="single" w:sz="4" w:space="0" w:color="409C36" w:themeColor="accent1"/>
        <w:insideH w:val="single" w:sz="4" w:space="0" w:color="FFFFFF" w:themeColor="background1"/>
        <w:insideV w:val="single" w:sz="4" w:space="0" w:color="FFFFFF" w:themeColor="background1"/>
      </w:tblBorders>
    </w:tblPr>
    <w:tcPr>
      <w:shd w:val="clear" w:color="auto" w:fill="EAF7E8" w:themeFill="accent1" w:themeFillTint="19"/>
    </w:tcPr>
    <w:tblStylePr w:type="firstRow">
      <w:rPr>
        <w:b/>
        <w:bCs/>
      </w:rPr>
      <w:tblPr/>
      <w:tcPr>
        <w:tcBorders>
          <w:top w:val="nil"/>
          <w:left w:val="nil"/>
          <w:bottom w:val="single" w:sz="24" w:space="0" w:color="E6730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5D20" w:themeFill="accent1" w:themeFillShade="99"/>
      </w:tcPr>
    </w:tblStylePr>
    <w:tblStylePr w:type="firstCol">
      <w:rPr>
        <w:color w:val="FFFFFF" w:themeColor="background1"/>
      </w:rPr>
      <w:tblPr/>
      <w:tcPr>
        <w:tcBorders>
          <w:top w:val="nil"/>
          <w:left w:val="nil"/>
          <w:bottom w:val="nil"/>
          <w:right w:val="nil"/>
          <w:insideH w:val="single" w:sz="4" w:space="0" w:color="265D20" w:themeColor="accent1" w:themeShade="99"/>
          <w:insideV w:val="nil"/>
        </w:tcBorders>
        <w:shd w:val="clear" w:color="auto" w:fill="265D2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5D20" w:themeFill="accent1" w:themeFillShade="99"/>
      </w:tcPr>
    </w:tblStylePr>
    <w:tblStylePr w:type="band1Vert">
      <w:tblPr/>
      <w:tcPr>
        <w:shd w:val="clear" w:color="auto" w:fill="ABE0A5" w:themeFill="accent1" w:themeFillTint="66"/>
      </w:tcPr>
    </w:tblStylePr>
    <w:tblStylePr w:type="band1Horz">
      <w:tblPr/>
      <w:tcPr>
        <w:shd w:val="clear" w:color="auto" w:fill="96D88F" w:themeFill="accent1" w:themeFillTint="7F"/>
      </w:tcPr>
    </w:tblStylePr>
    <w:tblStylePr w:type="neCell">
      <w:rPr>
        <w:color w:val="262626" w:themeColor="text1"/>
      </w:rPr>
    </w:tblStylePr>
    <w:tblStylePr w:type="nwCell">
      <w:rPr>
        <w:color w:val="262626" w:themeColor="text1"/>
      </w:rPr>
    </w:tblStylePr>
  </w:style>
  <w:style w:type="table" w:styleId="ColourfulShadingAccent2">
    <w:name w:val="Colorful Shading Accent 2"/>
    <w:basedOn w:val="TableNormal"/>
    <w:uiPriority w:val="71"/>
    <w:rsid w:val="00CB0664"/>
    <w:pPr>
      <w:spacing w:after="0" w:line="240" w:lineRule="auto"/>
    </w:pPr>
    <w:rPr>
      <w:color w:val="262626" w:themeColor="text1"/>
    </w:rPr>
    <w:tblPr>
      <w:tblStyleRowBandSize w:val="1"/>
      <w:tblStyleColBandSize w:val="1"/>
      <w:tblBorders>
        <w:top w:val="single" w:sz="24" w:space="0" w:color="E67309" w:themeColor="accent2"/>
        <w:left w:val="single" w:sz="4" w:space="0" w:color="E67309" w:themeColor="accent2"/>
        <w:bottom w:val="single" w:sz="4" w:space="0" w:color="E67309" w:themeColor="accent2"/>
        <w:right w:val="single" w:sz="4" w:space="0" w:color="E67309" w:themeColor="accent2"/>
        <w:insideH w:val="single" w:sz="4" w:space="0" w:color="FFFFFF" w:themeColor="background1"/>
        <w:insideV w:val="single" w:sz="4" w:space="0" w:color="FFFFFF" w:themeColor="background1"/>
      </w:tblBorders>
    </w:tblPr>
    <w:tcPr>
      <w:shd w:val="clear" w:color="auto" w:fill="FEF1E5" w:themeFill="accent2" w:themeFillTint="19"/>
    </w:tcPr>
    <w:tblStylePr w:type="firstRow">
      <w:rPr>
        <w:b/>
        <w:bCs/>
      </w:rPr>
      <w:tblPr/>
      <w:tcPr>
        <w:tcBorders>
          <w:top w:val="nil"/>
          <w:left w:val="nil"/>
          <w:bottom w:val="single" w:sz="24" w:space="0" w:color="E6730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4405" w:themeFill="accent2" w:themeFillShade="99"/>
      </w:tcPr>
    </w:tblStylePr>
    <w:tblStylePr w:type="firstCol">
      <w:rPr>
        <w:color w:val="FFFFFF" w:themeColor="background1"/>
      </w:rPr>
      <w:tblPr/>
      <w:tcPr>
        <w:tcBorders>
          <w:top w:val="nil"/>
          <w:left w:val="nil"/>
          <w:bottom w:val="nil"/>
          <w:right w:val="nil"/>
          <w:insideH w:val="single" w:sz="4" w:space="0" w:color="894405" w:themeColor="accent2" w:themeShade="99"/>
          <w:insideV w:val="nil"/>
        </w:tcBorders>
        <w:shd w:val="clear" w:color="auto" w:fill="89440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94405" w:themeFill="accent2" w:themeFillShade="99"/>
      </w:tcPr>
    </w:tblStylePr>
    <w:tblStylePr w:type="band1Vert">
      <w:tblPr/>
      <w:tcPr>
        <w:shd w:val="clear" w:color="auto" w:fill="FBC696" w:themeFill="accent2" w:themeFillTint="66"/>
      </w:tcPr>
    </w:tblStylePr>
    <w:tblStylePr w:type="band1Horz">
      <w:tblPr/>
      <w:tcPr>
        <w:shd w:val="clear" w:color="auto" w:fill="FAB87D" w:themeFill="accent2" w:themeFillTint="7F"/>
      </w:tcPr>
    </w:tblStylePr>
    <w:tblStylePr w:type="neCell">
      <w:rPr>
        <w:color w:val="262626" w:themeColor="text1"/>
      </w:rPr>
    </w:tblStylePr>
    <w:tblStylePr w:type="nwCell">
      <w:rPr>
        <w:color w:val="262626" w:themeColor="text1"/>
      </w:rPr>
    </w:tblStylePr>
  </w:style>
  <w:style w:type="table" w:styleId="ColourfulShadingAccent3">
    <w:name w:val="Colorful Shading Accent 3"/>
    <w:basedOn w:val="TableNormal"/>
    <w:uiPriority w:val="71"/>
    <w:rsid w:val="00CB0664"/>
    <w:pPr>
      <w:spacing w:after="0" w:line="240" w:lineRule="auto"/>
    </w:pPr>
    <w:rPr>
      <w:color w:val="262626" w:themeColor="text1"/>
    </w:rPr>
    <w:tblPr>
      <w:tblStyleRowBandSize w:val="1"/>
      <w:tblStyleColBandSize w:val="1"/>
      <w:tblBorders>
        <w:top w:val="single" w:sz="24" w:space="0" w:color="3EB6E9" w:themeColor="accent4"/>
        <w:left w:val="single" w:sz="4" w:space="0" w:color="EFCB37" w:themeColor="accent3"/>
        <w:bottom w:val="single" w:sz="4" w:space="0" w:color="EFCB37" w:themeColor="accent3"/>
        <w:right w:val="single" w:sz="4" w:space="0" w:color="EFCB37" w:themeColor="accent3"/>
        <w:insideH w:val="single" w:sz="4" w:space="0" w:color="FFFFFF" w:themeColor="background1"/>
        <w:insideV w:val="single" w:sz="4" w:space="0" w:color="FFFFFF" w:themeColor="background1"/>
      </w:tblBorders>
    </w:tblPr>
    <w:tcPr>
      <w:shd w:val="clear" w:color="auto" w:fill="FDF9EB" w:themeFill="accent3" w:themeFillTint="19"/>
    </w:tcPr>
    <w:tblStylePr w:type="firstRow">
      <w:rPr>
        <w:b/>
        <w:bCs/>
      </w:rPr>
      <w:tblPr/>
      <w:tcPr>
        <w:tcBorders>
          <w:top w:val="nil"/>
          <w:left w:val="nil"/>
          <w:bottom w:val="single" w:sz="24" w:space="0" w:color="3EB6E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3850D" w:themeFill="accent3" w:themeFillShade="99"/>
      </w:tcPr>
    </w:tblStylePr>
    <w:tblStylePr w:type="firstCol">
      <w:rPr>
        <w:color w:val="FFFFFF" w:themeColor="background1"/>
      </w:rPr>
      <w:tblPr/>
      <w:tcPr>
        <w:tcBorders>
          <w:top w:val="nil"/>
          <w:left w:val="nil"/>
          <w:bottom w:val="nil"/>
          <w:right w:val="nil"/>
          <w:insideH w:val="single" w:sz="4" w:space="0" w:color="A3850D" w:themeColor="accent3" w:themeShade="99"/>
          <w:insideV w:val="nil"/>
        </w:tcBorders>
        <w:shd w:val="clear" w:color="auto" w:fill="A3850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A3850D" w:themeFill="accent3" w:themeFillShade="99"/>
      </w:tcPr>
    </w:tblStylePr>
    <w:tblStylePr w:type="band1Vert">
      <w:tblPr/>
      <w:tcPr>
        <w:shd w:val="clear" w:color="auto" w:fill="F8EAAE" w:themeFill="accent3" w:themeFillTint="66"/>
      </w:tcPr>
    </w:tblStylePr>
    <w:tblStylePr w:type="band1Horz">
      <w:tblPr/>
      <w:tcPr>
        <w:shd w:val="clear" w:color="auto" w:fill="F7E59B" w:themeFill="accent3" w:themeFillTint="7F"/>
      </w:tcPr>
    </w:tblStylePr>
  </w:style>
  <w:style w:type="table" w:styleId="ColourfulShadingAccent4">
    <w:name w:val="Colorful Shading Accent 4"/>
    <w:basedOn w:val="TableNormal"/>
    <w:uiPriority w:val="71"/>
    <w:rsid w:val="00CB0664"/>
    <w:pPr>
      <w:spacing w:after="0" w:line="240" w:lineRule="auto"/>
    </w:pPr>
    <w:rPr>
      <w:color w:val="262626" w:themeColor="text1"/>
    </w:rPr>
    <w:tblPr>
      <w:tblStyleRowBandSize w:val="1"/>
      <w:tblStyleColBandSize w:val="1"/>
      <w:tblBorders>
        <w:top w:val="single" w:sz="24" w:space="0" w:color="EFCB37" w:themeColor="accent3"/>
        <w:left w:val="single" w:sz="4" w:space="0" w:color="3EB6E9" w:themeColor="accent4"/>
        <w:bottom w:val="single" w:sz="4" w:space="0" w:color="3EB6E9" w:themeColor="accent4"/>
        <w:right w:val="single" w:sz="4" w:space="0" w:color="3EB6E9" w:themeColor="accent4"/>
        <w:insideH w:val="single" w:sz="4" w:space="0" w:color="FFFFFF" w:themeColor="background1"/>
        <w:insideV w:val="single" w:sz="4" w:space="0" w:color="FFFFFF" w:themeColor="background1"/>
      </w:tblBorders>
    </w:tblPr>
    <w:tcPr>
      <w:shd w:val="clear" w:color="auto" w:fill="EBF7FC" w:themeFill="accent4" w:themeFillTint="19"/>
    </w:tcPr>
    <w:tblStylePr w:type="firstRow">
      <w:rPr>
        <w:b/>
        <w:bCs/>
      </w:rPr>
      <w:tblPr/>
      <w:tcPr>
        <w:tcBorders>
          <w:top w:val="nil"/>
          <w:left w:val="nil"/>
          <w:bottom w:val="single" w:sz="24" w:space="0" w:color="EFCB3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749E" w:themeFill="accent4" w:themeFillShade="99"/>
      </w:tcPr>
    </w:tblStylePr>
    <w:tblStylePr w:type="firstCol">
      <w:rPr>
        <w:color w:val="FFFFFF" w:themeColor="background1"/>
      </w:rPr>
      <w:tblPr/>
      <w:tcPr>
        <w:tcBorders>
          <w:top w:val="nil"/>
          <w:left w:val="nil"/>
          <w:bottom w:val="nil"/>
          <w:right w:val="nil"/>
          <w:insideH w:val="single" w:sz="4" w:space="0" w:color="12749E" w:themeColor="accent4" w:themeShade="99"/>
          <w:insideV w:val="nil"/>
        </w:tcBorders>
        <w:shd w:val="clear" w:color="auto" w:fill="12749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2749E" w:themeFill="accent4" w:themeFillShade="99"/>
      </w:tcPr>
    </w:tblStylePr>
    <w:tblStylePr w:type="band1Vert">
      <w:tblPr/>
      <w:tcPr>
        <w:shd w:val="clear" w:color="auto" w:fill="B1E1F6" w:themeFill="accent4" w:themeFillTint="66"/>
      </w:tcPr>
    </w:tblStylePr>
    <w:tblStylePr w:type="band1Horz">
      <w:tblPr/>
      <w:tcPr>
        <w:shd w:val="clear" w:color="auto" w:fill="9EDAF4" w:themeFill="accent4" w:themeFillTint="7F"/>
      </w:tcPr>
    </w:tblStylePr>
    <w:tblStylePr w:type="neCell">
      <w:rPr>
        <w:color w:val="262626" w:themeColor="text1"/>
      </w:rPr>
    </w:tblStylePr>
    <w:tblStylePr w:type="nwCell">
      <w:rPr>
        <w:color w:val="262626" w:themeColor="text1"/>
      </w:rPr>
    </w:tblStylePr>
  </w:style>
  <w:style w:type="table" w:styleId="ColourfulShadingAccent5">
    <w:name w:val="Colorful Shading Accent 5"/>
    <w:basedOn w:val="TableNormal"/>
    <w:uiPriority w:val="71"/>
    <w:rsid w:val="00CB0664"/>
    <w:pPr>
      <w:spacing w:after="0" w:line="240" w:lineRule="auto"/>
    </w:pPr>
    <w:rPr>
      <w:color w:val="262626" w:themeColor="text1"/>
    </w:rPr>
    <w:tblPr>
      <w:tblStyleRowBandSize w:val="1"/>
      <w:tblStyleColBandSize w:val="1"/>
      <w:tblBorders>
        <w:top w:val="single" w:sz="24" w:space="0" w:color="6ECA64" w:themeColor="accent6"/>
        <w:left w:val="single" w:sz="4" w:space="0" w:color="4A4A49" w:themeColor="accent5"/>
        <w:bottom w:val="single" w:sz="4" w:space="0" w:color="4A4A49" w:themeColor="accent5"/>
        <w:right w:val="single" w:sz="4" w:space="0" w:color="4A4A49" w:themeColor="accent5"/>
        <w:insideH w:val="single" w:sz="4" w:space="0" w:color="FFFFFF" w:themeColor="background1"/>
        <w:insideV w:val="single" w:sz="4" w:space="0" w:color="FFFFFF" w:themeColor="background1"/>
      </w:tblBorders>
    </w:tblPr>
    <w:tcPr>
      <w:shd w:val="clear" w:color="auto" w:fill="EDEDED" w:themeFill="accent5" w:themeFillTint="19"/>
    </w:tcPr>
    <w:tblStylePr w:type="firstRow">
      <w:rPr>
        <w:b/>
        <w:bCs/>
      </w:rPr>
      <w:tblPr/>
      <w:tcPr>
        <w:tcBorders>
          <w:top w:val="nil"/>
          <w:left w:val="nil"/>
          <w:bottom w:val="single" w:sz="24" w:space="0" w:color="6ECA6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2C2B" w:themeFill="accent5" w:themeFillShade="99"/>
      </w:tcPr>
    </w:tblStylePr>
    <w:tblStylePr w:type="firstCol">
      <w:rPr>
        <w:color w:val="FFFFFF" w:themeColor="background1"/>
      </w:rPr>
      <w:tblPr/>
      <w:tcPr>
        <w:tcBorders>
          <w:top w:val="nil"/>
          <w:left w:val="nil"/>
          <w:bottom w:val="nil"/>
          <w:right w:val="nil"/>
          <w:insideH w:val="single" w:sz="4" w:space="0" w:color="2C2C2B" w:themeColor="accent5" w:themeShade="99"/>
          <w:insideV w:val="nil"/>
        </w:tcBorders>
        <w:shd w:val="clear" w:color="auto" w:fill="2C2C2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C2C2B" w:themeFill="accent5" w:themeFillShade="99"/>
      </w:tcPr>
    </w:tblStylePr>
    <w:tblStylePr w:type="band1Vert">
      <w:tblPr/>
      <w:tcPr>
        <w:shd w:val="clear" w:color="auto" w:fill="B6B6B5" w:themeFill="accent5" w:themeFillTint="66"/>
      </w:tcPr>
    </w:tblStylePr>
    <w:tblStylePr w:type="band1Horz">
      <w:tblPr/>
      <w:tcPr>
        <w:shd w:val="clear" w:color="auto" w:fill="A5A5A3" w:themeFill="accent5" w:themeFillTint="7F"/>
      </w:tcPr>
    </w:tblStylePr>
    <w:tblStylePr w:type="neCell">
      <w:rPr>
        <w:color w:val="262626" w:themeColor="text1"/>
      </w:rPr>
    </w:tblStylePr>
    <w:tblStylePr w:type="nwCell">
      <w:rPr>
        <w:color w:val="262626" w:themeColor="text1"/>
      </w:rPr>
    </w:tblStylePr>
  </w:style>
  <w:style w:type="table" w:styleId="ColourfulShadingAccent6">
    <w:name w:val="Colorful Shading Accent 6"/>
    <w:basedOn w:val="TableNormal"/>
    <w:uiPriority w:val="71"/>
    <w:rsid w:val="00CB0664"/>
    <w:pPr>
      <w:spacing w:after="0" w:line="240" w:lineRule="auto"/>
    </w:pPr>
    <w:rPr>
      <w:color w:val="262626" w:themeColor="text1"/>
    </w:rPr>
    <w:tblPr>
      <w:tblStyleRowBandSize w:val="1"/>
      <w:tblStyleColBandSize w:val="1"/>
      <w:tblBorders>
        <w:top w:val="single" w:sz="24" w:space="0" w:color="4A4A49" w:themeColor="accent5"/>
        <w:left w:val="single" w:sz="4" w:space="0" w:color="6ECA64" w:themeColor="accent6"/>
        <w:bottom w:val="single" w:sz="4" w:space="0" w:color="6ECA64" w:themeColor="accent6"/>
        <w:right w:val="single" w:sz="4" w:space="0" w:color="6ECA64" w:themeColor="accent6"/>
        <w:insideH w:val="single" w:sz="4" w:space="0" w:color="FFFFFF" w:themeColor="background1"/>
        <w:insideV w:val="single" w:sz="4" w:space="0" w:color="FFFFFF" w:themeColor="background1"/>
      </w:tblBorders>
    </w:tblPr>
    <w:tcPr>
      <w:shd w:val="clear" w:color="auto" w:fill="F0F9EF" w:themeFill="accent6" w:themeFillTint="19"/>
    </w:tcPr>
    <w:tblStylePr w:type="firstRow">
      <w:rPr>
        <w:b/>
        <w:bCs/>
      </w:rPr>
      <w:tblPr/>
      <w:tcPr>
        <w:tcBorders>
          <w:top w:val="nil"/>
          <w:left w:val="nil"/>
          <w:bottom w:val="single" w:sz="24" w:space="0" w:color="4A4A4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862E" w:themeFill="accent6" w:themeFillShade="99"/>
      </w:tcPr>
    </w:tblStylePr>
    <w:tblStylePr w:type="firstCol">
      <w:rPr>
        <w:color w:val="FFFFFF" w:themeColor="background1"/>
      </w:rPr>
      <w:tblPr/>
      <w:tcPr>
        <w:tcBorders>
          <w:top w:val="nil"/>
          <w:left w:val="nil"/>
          <w:bottom w:val="nil"/>
          <w:right w:val="nil"/>
          <w:insideH w:val="single" w:sz="4" w:space="0" w:color="36862E" w:themeColor="accent6" w:themeShade="99"/>
          <w:insideV w:val="nil"/>
        </w:tcBorders>
        <w:shd w:val="clear" w:color="auto" w:fill="3686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6862E" w:themeFill="accent6" w:themeFillShade="99"/>
      </w:tcPr>
    </w:tblStylePr>
    <w:tblStylePr w:type="band1Vert">
      <w:tblPr/>
      <w:tcPr>
        <w:shd w:val="clear" w:color="auto" w:fill="C4E9C0" w:themeFill="accent6" w:themeFillTint="66"/>
      </w:tcPr>
    </w:tblStylePr>
    <w:tblStylePr w:type="band1Horz">
      <w:tblPr/>
      <w:tcPr>
        <w:shd w:val="clear" w:color="auto" w:fill="B6E4B1" w:themeFill="accent6" w:themeFillTint="7F"/>
      </w:tcPr>
    </w:tblStylePr>
    <w:tblStylePr w:type="neCell">
      <w:rPr>
        <w:color w:val="262626" w:themeColor="text1"/>
      </w:rPr>
    </w:tblStylePr>
    <w:tblStylePr w:type="nwCell">
      <w:rPr>
        <w:color w:val="262626" w:themeColor="text1"/>
      </w:rPr>
    </w:tblStylePr>
  </w:style>
  <w:style w:type="table" w:styleId="ColourfulList">
    <w:name w:val="Colorful List"/>
    <w:basedOn w:val="TableNormal"/>
    <w:uiPriority w:val="72"/>
    <w:rsid w:val="00CB0664"/>
    <w:pPr>
      <w:spacing w:after="0" w:line="240" w:lineRule="auto"/>
    </w:pPr>
    <w:rPr>
      <w:color w:val="262626" w:themeColor="text1"/>
    </w:rPr>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B75B07" w:themeFill="accent2" w:themeFillShade="CC"/>
      </w:tcPr>
    </w:tblStylePr>
    <w:tblStylePr w:type="lastRow">
      <w:rPr>
        <w:b/>
        <w:bCs/>
        <w:color w:val="B75B07" w:themeColor="accent2" w:themeShade="CC"/>
      </w:rPr>
      <w:tblPr/>
      <w:tcPr>
        <w:tcBorders>
          <w:top w:val="single" w:sz="12" w:space="0" w:color="2626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9C9" w:themeFill="text1" w:themeFillTint="3F"/>
      </w:tcPr>
    </w:tblStylePr>
    <w:tblStylePr w:type="band1Horz">
      <w:tblPr/>
      <w:tcPr>
        <w:shd w:val="clear" w:color="auto" w:fill="D3D3D3" w:themeFill="text1" w:themeFillTint="33"/>
      </w:tcPr>
    </w:tblStylePr>
  </w:style>
  <w:style w:type="table" w:styleId="ColourfulListAccent1">
    <w:name w:val="Colorful List Accent 1"/>
    <w:basedOn w:val="TableNormal"/>
    <w:uiPriority w:val="72"/>
    <w:rsid w:val="00CB0664"/>
    <w:pPr>
      <w:spacing w:after="0" w:line="240" w:lineRule="auto"/>
    </w:pPr>
    <w:rPr>
      <w:color w:val="262626" w:themeColor="text1"/>
    </w:rPr>
    <w:tblPr>
      <w:tblStyleRowBandSize w:val="1"/>
      <w:tblStyleColBandSize w:val="1"/>
    </w:tblPr>
    <w:tcPr>
      <w:shd w:val="clear" w:color="auto" w:fill="EAF7E8" w:themeFill="accent1" w:themeFillTint="19"/>
    </w:tcPr>
    <w:tblStylePr w:type="firstRow">
      <w:rPr>
        <w:b/>
        <w:bCs/>
        <w:color w:val="FFFFFF" w:themeColor="background1"/>
      </w:rPr>
      <w:tblPr/>
      <w:tcPr>
        <w:tcBorders>
          <w:bottom w:val="single" w:sz="12" w:space="0" w:color="FFFFFF" w:themeColor="background1"/>
        </w:tcBorders>
        <w:shd w:val="clear" w:color="auto" w:fill="B75B07" w:themeFill="accent2" w:themeFillShade="CC"/>
      </w:tcPr>
    </w:tblStylePr>
    <w:tblStylePr w:type="lastRow">
      <w:rPr>
        <w:b/>
        <w:bCs/>
        <w:color w:val="B75B07" w:themeColor="accent2" w:themeShade="CC"/>
      </w:rPr>
      <w:tblPr/>
      <w:tcPr>
        <w:tcBorders>
          <w:top w:val="single" w:sz="12" w:space="0" w:color="2626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CC7" w:themeFill="accent1" w:themeFillTint="3F"/>
      </w:tcPr>
    </w:tblStylePr>
    <w:tblStylePr w:type="band1Horz">
      <w:tblPr/>
      <w:tcPr>
        <w:shd w:val="clear" w:color="auto" w:fill="D5EFD2" w:themeFill="accent1" w:themeFillTint="33"/>
      </w:tcPr>
    </w:tblStylePr>
  </w:style>
  <w:style w:type="table" w:styleId="ColourfulListAccent2">
    <w:name w:val="Colorful List Accent 2"/>
    <w:basedOn w:val="TableNormal"/>
    <w:uiPriority w:val="72"/>
    <w:rsid w:val="00CB0664"/>
    <w:pPr>
      <w:spacing w:after="0" w:line="240" w:lineRule="auto"/>
    </w:pPr>
    <w:rPr>
      <w:color w:val="262626" w:themeColor="text1"/>
    </w:rPr>
    <w:tblPr>
      <w:tblStyleRowBandSize w:val="1"/>
      <w:tblStyleColBandSize w:val="1"/>
    </w:tblPr>
    <w:tcPr>
      <w:shd w:val="clear" w:color="auto" w:fill="FEF1E5" w:themeFill="accent2" w:themeFillTint="19"/>
    </w:tcPr>
    <w:tblStylePr w:type="firstRow">
      <w:rPr>
        <w:b/>
        <w:bCs/>
        <w:color w:val="FFFFFF" w:themeColor="background1"/>
      </w:rPr>
      <w:tblPr/>
      <w:tcPr>
        <w:tcBorders>
          <w:bottom w:val="single" w:sz="12" w:space="0" w:color="FFFFFF" w:themeColor="background1"/>
        </w:tcBorders>
        <w:shd w:val="clear" w:color="auto" w:fill="B75B07" w:themeFill="accent2" w:themeFillShade="CC"/>
      </w:tcPr>
    </w:tblStylePr>
    <w:tblStylePr w:type="lastRow">
      <w:rPr>
        <w:b/>
        <w:bCs/>
        <w:color w:val="B75B07" w:themeColor="accent2" w:themeShade="CC"/>
      </w:rPr>
      <w:tblPr/>
      <w:tcPr>
        <w:tcBorders>
          <w:top w:val="single" w:sz="12" w:space="0" w:color="2626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DCBE" w:themeFill="accent2" w:themeFillTint="3F"/>
      </w:tcPr>
    </w:tblStylePr>
    <w:tblStylePr w:type="band1Horz">
      <w:tblPr/>
      <w:tcPr>
        <w:shd w:val="clear" w:color="auto" w:fill="FDE2CA" w:themeFill="accent2" w:themeFillTint="33"/>
      </w:tcPr>
    </w:tblStylePr>
  </w:style>
  <w:style w:type="table" w:styleId="ColourfulListAccent3">
    <w:name w:val="Colorful List Accent 3"/>
    <w:basedOn w:val="TableNormal"/>
    <w:uiPriority w:val="72"/>
    <w:rsid w:val="00CB0664"/>
    <w:pPr>
      <w:spacing w:after="0" w:line="240" w:lineRule="auto"/>
    </w:pPr>
    <w:rPr>
      <w:color w:val="262626" w:themeColor="text1"/>
    </w:rPr>
    <w:tblPr>
      <w:tblStyleRowBandSize w:val="1"/>
      <w:tblStyleColBandSize w:val="1"/>
    </w:tblPr>
    <w:tcPr>
      <w:shd w:val="clear" w:color="auto" w:fill="FDF9EB" w:themeFill="accent3" w:themeFillTint="19"/>
    </w:tcPr>
    <w:tblStylePr w:type="firstRow">
      <w:rPr>
        <w:b/>
        <w:bCs/>
        <w:color w:val="FFFFFF" w:themeColor="background1"/>
      </w:rPr>
      <w:tblPr/>
      <w:tcPr>
        <w:tcBorders>
          <w:bottom w:val="single" w:sz="12" w:space="0" w:color="FFFFFF" w:themeColor="background1"/>
        </w:tcBorders>
        <w:shd w:val="clear" w:color="auto" w:fill="189BD3" w:themeFill="accent4" w:themeFillShade="CC"/>
      </w:tcPr>
    </w:tblStylePr>
    <w:tblStylePr w:type="lastRow">
      <w:rPr>
        <w:b/>
        <w:bCs/>
        <w:color w:val="189BD3" w:themeColor="accent4" w:themeShade="CC"/>
      </w:rPr>
      <w:tblPr/>
      <w:tcPr>
        <w:tcBorders>
          <w:top w:val="single" w:sz="12" w:space="0" w:color="2626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2CD" w:themeFill="accent3" w:themeFillTint="3F"/>
      </w:tcPr>
    </w:tblStylePr>
    <w:tblStylePr w:type="band1Horz">
      <w:tblPr/>
      <w:tcPr>
        <w:shd w:val="clear" w:color="auto" w:fill="FBF4D6" w:themeFill="accent3" w:themeFillTint="33"/>
      </w:tcPr>
    </w:tblStylePr>
  </w:style>
  <w:style w:type="table" w:styleId="ColourfulListAccent4">
    <w:name w:val="Colorful List Accent 4"/>
    <w:basedOn w:val="TableNormal"/>
    <w:uiPriority w:val="72"/>
    <w:rsid w:val="00CB0664"/>
    <w:pPr>
      <w:spacing w:after="0" w:line="240" w:lineRule="auto"/>
    </w:pPr>
    <w:rPr>
      <w:color w:val="262626" w:themeColor="text1"/>
    </w:rPr>
    <w:tblPr>
      <w:tblStyleRowBandSize w:val="1"/>
      <w:tblStyleColBandSize w:val="1"/>
    </w:tblPr>
    <w:tcPr>
      <w:shd w:val="clear" w:color="auto" w:fill="EBF7FC" w:themeFill="accent4" w:themeFillTint="19"/>
    </w:tcPr>
    <w:tblStylePr w:type="firstRow">
      <w:rPr>
        <w:b/>
        <w:bCs/>
        <w:color w:val="FFFFFF" w:themeColor="background1"/>
      </w:rPr>
      <w:tblPr/>
      <w:tcPr>
        <w:tcBorders>
          <w:bottom w:val="single" w:sz="12" w:space="0" w:color="FFFFFF" w:themeColor="background1"/>
        </w:tcBorders>
        <w:shd w:val="clear" w:color="auto" w:fill="D9B211" w:themeFill="accent3" w:themeFillShade="CC"/>
      </w:tcPr>
    </w:tblStylePr>
    <w:tblStylePr w:type="lastRow">
      <w:rPr>
        <w:b/>
        <w:bCs/>
        <w:color w:val="D9B211" w:themeColor="accent3" w:themeShade="CC"/>
      </w:rPr>
      <w:tblPr/>
      <w:tcPr>
        <w:tcBorders>
          <w:top w:val="single" w:sz="12" w:space="0" w:color="2626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ECF9" w:themeFill="accent4" w:themeFillTint="3F"/>
      </w:tcPr>
    </w:tblStylePr>
    <w:tblStylePr w:type="band1Horz">
      <w:tblPr/>
      <w:tcPr>
        <w:shd w:val="clear" w:color="auto" w:fill="D8F0FA" w:themeFill="accent4" w:themeFillTint="33"/>
      </w:tcPr>
    </w:tblStylePr>
  </w:style>
  <w:style w:type="table" w:styleId="ColourfulListAccent5">
    <w:name w:val="Colorful List Accent 5"/>
    <w:basedOn w:val="TableNormal"/>
    <w:uiPriority w:val="72"/>
    <w:rsid w:val="00CB0664"/>
    <w:pPr>
      <w:spacing w:after="0" w:line="240" w:lineRule="auto"/>
    </w:pPr>
    <w:rPr>
      <w:color w:val="262626" w:themeColor="text1"/>
    </w:rPr>
    <w:tblPr>
      <w:tblStyleRowBandSize w:val="1"/>
      <w:tblStyleColBandSize w:val="1"/>
    </w:tblPr>
    <w:tcPr>
      <w:shd w:val="clear" w:color="auto" w:fill="EDEDED" w:themeFill="accent5" w:themeFillTint="19"/>
    </w:tcPr>
    <w:tblStylePr w:type="firstRow">
      <w:rPr>
        <w:b/>
        <w:bCs/>
        <w:color w:val="FFFFFF" w:themeColor="background1"/>
      </w:rPr>
      <w:tblPr/>
      <w:tcPr>
        <w:tcBorders>
          <w:bottom w:val="single" w:sz="12" w:space="0" w:color="FFFFFF" w:themeColor="background1"/>
        </w:tcBorders>
        <w:shd w:val="clear" w:color="auto" w:fill="49B33D" w:themeFill="accent6" w:themeFillShade="CC"/>
      </w:tcPr>
    </w:tblStylePr>
    <w:tblStylePr w:type="lastRow">
      <w:rPr>
        <w:b/>
        <w:bCs/>
        <w:color w:val="49B33D" w:themeColor="accent6" w:themeShade="CC"/>
      </w:rPr>
      <w:tblPr/>
      <w:tcPr>
        <w:tcBorders>
          <w:top w:val="single" w:sz="12" w:space="0" w:color="2626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D2D1" w:themeFill="accent5" w:themeFillTint="3F"/>
      </w:tcPr>
    </w:tblStylePr>
    <w:tblStylePr w:type="band1Horz">
      <w:tblPr/>
      <w:tcPr>
        <w:shd w:val="clear" w:color="auto" w:fill="DBDBDA" w:themeFill="accent5" w:themeFillTint="33"/>
      </w:tcPr>
    </w:tblStylePr>
  </w:style>
  <w:style w:type="table" w:styleId="ColourfulListAccent6">
    <w:name w:val="Colorful List Accent 6"/>
    <w:basedOn w:val="TableNormal"/>
    <w:uiPriority w:val="72"/>
    <w:rsid w:val="00CB0664"/>
    <w:pPr>
      <w:spacing w:after="0" w:line="240" w:lineRule="auto"/>
    </w:pPr>
    <w:rPr>
      <w:color w:val="262626" w:themeColor="text1"/>
    </w:rPr>
    <w:tblPr>
      <w:tblStyleRowBandSize w:val="1"/>
      <w:tblStyleColBandSize w:val="1"/>
    </w:tblPr>
    <w:tcPr>
      <w:shd w:val="clear" w:color="auto" w:fill="F0F9EF" w:themeFill="accent6" w:themeFillTint="19"/>
    </w:tcPr>
    <w:tblStylePr w:type="firstRow">
      <w:rPr>
        <w:b/>
        <w:bCs/>
        <w:color w:val="FFFFFF" w:themeColor="background1"/>
      </w:rPr>
      <w:tblPr/>
      <w:tcPr>
        <w:tcBorders>
          <w:bottom w:val="single" w:sz="12" w:space="0" w:color="FFFFFF" w:themeColor="background1"/>
        </w:tcBorders>
        <w:shd w:val="clear" w:color="auto" w:fill="3B3B3A" w:themeFill="accent5" w:themeFillShade="CC"/>
      </w:tcPr>
    </w:tblStylePr>
    <w:tblStylePr w:type="lastRow">
      <w:rPr>
        <w:b/>
        <w:bCs/>
        <w:color w:val="3B3B3A" w:themeColor="accent5" w:themeShade="CC"/>
      </w:rPr>
      <w:tblPr/>
      <w:tcPr>
        <w:tcBorders>
          <w:top w:val="single" w:sz="12" w:space="0" w:color="262626"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F1D8" w:themeFill="accent6" w:themeFillTint="3F"/>
      </w:tcPr>
    </w:tblStylePr>
    <w:tblStylePr w:type="band1Horz">
      <w:tblPr/>
      <w:tcPr>
        <w:shd w:val="clear" w:color="auto" w:fill="E1F4DF" w:themeFill="accent6" w:themeFillTint="33"/>
      </w:tcPr>
    </w:tblStylePr>
  </w:style>
  <w:style w:type="table" w:styleId="ColourfulGrid">
    <w:name w:val="Colorful Grid"/>
    <w:basedOn w:val="TableNormal"/>
    <w:uiPriority w:val="73"/>
    <w:rsid w:val="00CB0664"/>
    <w:pPr>
      <w:spacing w:after="0" w:line="240" w:lineRule="auto"/>
    </w:pPr>
    <w:rPr>
      <w:color w:val="262626" w:themeColor="text1"/>
    </w:rPr>
    <w:tblPr>
      <w:tblStyleRowBandSize w:val="1"/>
      <w:tblStyleColBandSize w:val="1"/>
      <w:tblBorders>
        <w:insideH w:val="single" w:sz="4" w:space="0" w:color="FFFFFF" w:themeColor="background1"/>
      </w:tblBorders>
    </w:tblPr>
    <w:tcPr>
      <w:shd w:val="clear" w:color="auto" w:fill="D3D3D3" w:themeFill="text1" w:themeFillTint="33"/>
    </w:tcPr>
    <w:tblStylePr w:type="firstRow">
      <w:rPr>
        <w:b/>
        <w:bCs/>
      </w:rPr>
      <w:tblPr/>
      <w:tcPr>
        <w:shd w:val="clear" w:color="auto" w:fill="A8A8A8" w:themeFill="text1" w:themeFillTint="66"/>
      </w:tcPr>
    </w:tblStylePr>
    <w:tblStylePr w:type="lastRow">
      <w:rPr>
        <w:b/>
        <w:bCs/>
        <w:color w:val="262626" w:themeColor="text1"/>
      </w:rPr>
      <w:tblPr/>
      <w:tcPr>
        <w:shd w:val="clear" w:color="auto" w:fill="A8A8A8" w:themeFill="text1" w:themeFillTint="66"/>
      </w:tcPr>
    </w:tblStylePr>
    <w:tblStylePr w:type="firstCol">
      <w:rPr>
        <w:color w:val="FFFFFF" w:themeColor="background1"/>
      </w:rPr>
      <w:tblPr/>
      <w:tcPr>
        <w:shd w:val="clear" w:color="auto" w:fill="1C1C1C" w:themeFill="text1" w:themeFillShade="BF"/>
      </w:tcPr>
    </w:tblStylePr>
    <w:tblStylePr w:type="lastCol">
      <w:rPr>
        <w:color w:val="FFFFFF" w:themeColor="background1"/>
      </w:rPr>
      <w:tblPr/>
      <w:tcPr>
        <w:shd w:val="clear" w:color="auto" w:fill="1C1C1C" w:themeFill="text1" w:themeFillShade="BF"/>
      </w:tcPr>
    </w:tblStylePr>
    <w:tblStylePr w:type="band1Vert">
      <w:tblPr/>
      <w:tcPr>
        <w:shd w:val="clear" w:color="auto" w:fill="929292" w:themeFill="text1" w:themeFillTint="7F"/>
      </w:tcPr>
    </w:tblStylePr>
    <w:tblStylePr w:type="band1Horz">
      <w:tblPr/>
      <w:tcPr>
        <w:shd w:val="clear" w:color="auto" w:fill="929292" w:themeFill="text1" w:themeFillTint="7F"/>
      </w:tcPr>
    </w:tblStylePr>
  </w:style>
  <w:style w:type="table" w:styleId="ColourfulGridAccent1">
    <w:name w:val="Colorful Grid Accent 1"/>
    <w:basedOn w:val="TableNormal"/>
    <w:uiPriority w:val="73"/>
    <w:rsid w:val="00CB0664"/>
    <w:pPr>
      <w:spacing w:after="0" w:line="240" w:lineRule="auto"/>
    </w:pPr>
    <w:rPr>
      <w:color w:val="262626" w:themeColor="text1"/>
    </w:rPr>
    <w:tblPr>
      <w:tblStyleRowBandSize w:val="1"/>
      <w:tblStyleColBandSize w:val="1"/>
      <w:tblBorders>
        <w:insideH w:val="single" w:sz="4" w:space="0" w:color="FFFFFF" w:themeColor="background1"/>
      </w:tblBorders>
    </w:tblPr>
    <w:tcPr>
      <w:shd w:val="clear" w:color="auto" w:fill="D5EFD2" w:themeFill="accent1" w:themeFillTint="33"/>
    </w:tcPr>
    <w:tblStylePr w:type="firstRow">
      <w:rPr>
        <w:b/>
        <w:bCs/>
      </w:rPr>
      <w:tblPr/>
      <w:tcPr>
        <w:shd w:val="clear" w:color="auto" w:fill="ABE0A5" w:themeFill="accent1" w:themeFillTint="66"/>
      </w:tcPr>
    </w:tblStylePr>
    <w:tblStylePr w:type="lastRow">
      <w:rPr>
        <w:b/>
        <w:bCs/>
        <w:color w:val="262626" w:themeColor="text1"/>
      </w:rPr>
      <w:tblPr/>
      <w:tcPr>
        <w:shd w:val="clear" w:color="auto" w:fill="ABE0A5" w:themeFill="accent1" w:themeFillTint="66"/>
      </w:tcPr>
    </w:tblStylePr>
    <w:tblStylePr w:type="firstCol">
      <w:rPr>
        <w:color w:val="FFFFFF" w:themeColor="background1"/>
      </w:rPr>
      <w:tblPr/>
      <w:tcPr>
        <w:shd w:val="clear" w:color="auto" w:fill="2F7428" w:themeFill="accent1" w:themeFillShade="BF"/>
      </w:tcPr>
    </w:tblStylePr>
    <w:tblStylePr w:type="lastCol">
      <w:rPr>
        <w:color w:val="FFFFFF" w:themeColor="background1"/>
      </w:rPr>
      <w:tblPr/>
      <w:tcPr>
        <w:shd w:val="clear" w:color="auto" w:fill="2F7428" w:themeFill="accent1" w:themeFillShade="BF"/>
      </w:tcPr>
    </w:tblStylePr>
    <w:tblStylePr w:type="band1Vert">
      <w:tblPr/>
      <w:tcPr>
        <w:shd w:val="clear" w:color="auto" w:fill="96D88F" w:themeFill="accent1" w:themeFillTint="7F"/>
      </w:tcPr>
    </w:tblStylePr>
    <w:tblStylePr w:type="band1Horz">
      <w:tblPr/>
      <w:tcPr>
        <w:shd w:val="clear" w:color="auto" w:fill="96D88F" w:themeFill="accent1" w:themeFillTint="7F"/>
      </w:tcPr>
    </w:tblStylePr>
  </w:style>
  <w:style w:type="table" w:styleId="ColourfulGridAccent2">
    <w:name w:val="Colorful Grid Accent 2"/>
    <w:basedOn w:val="TableNormal"/>
    <w:uiPriority w:val="73"/>
    <w:rsid w:val="00CB0664"/>
    <w:pPr>
      <w:spacing w:after="0" w:line="240" w:lineRule="auto"/>
    </w:pPr>
    <w:rPr>
      <w:color w:val="262626" w:themeColor="text1"/>
    </w:rPr>
    <w:tblPr>
      <w:tblStyleRowBandSize w:val="1"/>
      <w:tblStyleColBandSize w:val="1"/>
      <w:tblBorders>
        <w:insideH w:val="single" w:sz="4" w:space="0" w:color="FFFFFF" w:themeColor="background1"/>
      </w:tblBorders>
    </w:tblPr>
    <w:tcPr>
      <w:shd w:val="clear" w:color="auto" w:fill="FDE2CA" w:themeFill="accent2" w:themeFillTint="33"/>
    </w:tcPr>
    <w:tblStylePr w:type="firstRow">
      <w:rPr>
        <w:b/>
        <w:bCs/>
      </w:rPr>
      <w:tblPr/>
      <w:tcPr>
        <w:shd w:val="clear" w:color="auto" w:fill="FBC696" w:themeFill="accent2" w:themeFillTint="66"/>
      </w:tcPr>
    </w:tblStylePr>
    <w:tblStylePr w:type="lastRow">
      <w:rPr>
        <w:b/>
        <w:bCs/>
        <w:color w:val="262626" w:themeColor="text1"/>
      </w:rPr>
      <w:tblPr/>
      <w:tcPr>
        <w:shd w:val="clear" w:color="auto" w:fill="FBC696" w:themeFill="accent2" w:themeFillTint="66"/>
      </w:tcPr>
    </w:tblStylePr>
    <w:tblStylePr w:type="firstCol">
      <w:rPr>
        <w:color w:val="FFFFFF" w:themeColor="background1"/>
      </w:rPr>
      <w:tblPr/>
      <w:tcPr>
        <w:shd w:val="clear" w:color="auto" w:fill="AC5506" w:themeFill="accent2" w:themeFillShade="BF"/>
      </w:tcPr>
    </w:tblStylePr>
    <w:tblStylePr w:type="lastCol">
      <w:rPr>
        <w:color w:val="FFFFFF" w:themeColor="background1"/>
      </w:rPr>
      <w:tblPr/>
      <w:tcPr>
        <w:shd w:val="clear" w:color="auto" w:fill="AC5506" w:themeFill="accent2" w:themeFillShade="BF"/>
      </w:tcPr>
    </w:tblStylePr>
    <w:tblStylePr w:type="band1Vert">
      <w:tblPr/>
      <w:tcPr>
        <w:shd w:val="clear" w:color="auto" w:fill="FAB87D" w:themeFill="accent2" w:themeFillTint="7F"/>
      </w:tcPr>
    </w:tblStylePr>
    <w:tblStylePr w:type="band1Horz">
      <w:tblPr/>
      <w:tcPr>
        <w:shd w:val="clear" w:color="auto" w:fill="FAB87D" w:themeFill="accent2" w:themeFillTint="7F"/>
      </w:tcPr>
    </w:tblStylePr>
  </w:style>
  <w:style w:type="table" w:styleId="ColourfulGridAccent3">
    <w:name w:val="Colorful Grid Accent 3"/>
    <w:basedOn w:val="TableNormal"/>
    <w:uiPriority w:val="73"/>
    <w:rsid w:val="00CB0664"/>
    <w:pPr>
      <w:spacing w:after="0" w:line="240" w:lineRule="auto"/>
    </w:pPr>
    <w:rPr>
      <w:color w:val="262626" w:themeColor="text1"/>
    </w:rPr>
    <w:tblPr>
      <w:tblStyleRowBandSize w:val="1"/>
      <w:tblStyleColBandSize w:val="1"/>
      <w:tblBorders>
        <w:insideH w:val="single" w:sz="4" w:space="0" w:color="FFFFFF" w:themeColor="background1"/>
      </w:tblBorders>
    </w:tblPr>
    <w:tcPr>
      <w:shd w:val="clear" w:color="auto" w:fill="FBF4D6" w:themeFill="accent3" w:themeFillTint="33"/>
    </w:tcPr>
    <w:tblStylePr w:type="firstRow">
      <w:rPr>
        <w:b/>
        <w:bCs/>
      </w:rPr>
      <w:tblPr/>
      <w:tcPr>
        <w:shd w:val="clear" w:color="auto" w:fill="F8EAAE" w:themeFill="accent3" w:themeFillTint="66"/>
      </w:tcPr>
    </w:tblStylePr>
    <w:tblStylePr w:type="lastRow">
      <w:rPr>
        <w:b/>
        <w:bCs/>
        <w:color w:val="262626" w:themeColor="text1"/>
      </w:rPr>
      <w:tblPr/>
      <w:tcPr>
        <w:shd w:val="clear" w:color="auto" w:fill="F8EAAE" w:themeFill="accent3" w:themeFillTint="66"/>
      </w:tcPr>
    </w:tblStylePr>
    <w:tblStylePr w:type="firstCol">
      <w:rPr>
        <w:color w:val="FFFFFF" w:themeColor="background1"/>
      </w:rPr>
      <w:tblPr/>
      <w:tcPr>
        <w:shd w:val="clear" w:color="auto" w:fill="CBA610" w:themeFill="accent3" w:themeFillShade="BF"/>
      </w:tcPr>
    </w:tblStylePr>
    <w:tblStylePr w:type="lastCol">
      <w:rPr>
        <w:color w:val="FFFFFF" w:themeColor="background1"/>
      </w:rPr>
      <w:tblPr/>
      <w:tcPr>
        <w:shd w:val="clear" w:color="auto" w:fill="CBA610" w:themeFill="accent3" w:themeFillShade="BF"/>
      </w:tcPr>
    </w:tblStylePr>
    <w:tblStylePr w:type="band1Vert">
      <w:tblPr/>
      <w:tcPr>
        <w:shd w:val="clear" w:color="auto" w:fill="F7E59B" w:themeFill="accent3" w:themeFillTint="7F"/>
      </w:tcPr>
    </w:tblStylePr>
    <w:tblStylePr w:type="band1Horz">
      <w:tblPr/>
      <w:tcPr>
        <w:shd w:val="clear" w:color="auto" w:fill="F7E59B" w:themeFill="accent3" w:themeFillTint="7F"/>
      </w:tcPr>
    </w:tblStylePr>
  </w:style>
  <w:style w:type="table" w:styleId="ColourfulGridAccent4">
    <w:name w:val="Colorful Grid Accent 4"/>
    <w:basedOn w:val="TableNormal"/>
    <w:uiPriority w:val="73"/>
    <w:rsid w:val="00CB0664"/>
    <w:pPr>
      <w:spacing w:after="0" w:line="240" w:lineRule="auto"/>
    </w:pPr>
    <w:rPr>
      <w:color w:val="262626" w:themeColor="text1"/>
    </w:rPr>
    <w:tblPr>
      <w:tblStyleRowBandSize w:val="1"/>
      <w:tblStyleColBandSize w:val="1"/>
      <w:tblBorders>
        <w:insideH w:val="single" w:sz="4" w:space="0" w:color="FFFFFF" w:themeColor="background1"/>
      </w:tblBorders>
    </w:tblPr>
    <w:tcPr>
      <w:shd w:val="clear" w:color="auto" w:fill="D8F0FA" w:themeFill="accent4" w:themeFillTint="33"/>
    </w:tcPr>
    <w:tblStylePr w:type="firstRow">
      <w:rPr>
        <w:b/>
        <w:bCs/>
      </w:rPr>
      <w:tblPr/>
      <w:tcPr>
        <w:shd w:val="clear" w:color="auto" w:fill="B1E1F6" w:themeFill="accent4" w:themeFillTint="66"/>
      </w:tcPr>
    </w:tblStylePr>
    <w:tblStylePr w:type="lastRow">
      <w:rPr>
        <w:b/>
        <w:bCs/>
        <w:color w:val="262626" w:themeColor="text1"/>
      </w:rPr>
      <w:tblPr/>
      <w:tcPr>
        <w:shd w:val="clear" w:color="auto" w:fill="B1E1F6" w:themeFill="accent4" w:themeFillTint="66"/>
      </w:tcPr>
    </w:tblStylePr>
    <w:tblStylePr w:type="firstCol">
      <w:rPr>
        <w:color w:val="FFFFFF" w:themeColor="background1"/>
      </w:rPr>
      <w:tblPr/>
      <w:tcPr>
        <w:shd w:val="clear" w:color="auto" w:fill="1691C6" w:themeFill="accent4" w:themeFillShade="BF"/>
      </w:tcPr>
    </w:tblStylePr>
    <w:tblStylePr w:type="lastCol">
      <w:rPr>
        <w:color w:val="FFFFFF" w:themeColor="background1"/>
      </w:rPr>
      <w:tblPr/>
      <w:tcPr>
        <w:shd w:val="clear" w:color="auto" w:fill="1691C6" w:themeFill="accent4" w:themeFillShade="BF"/>
      </w:tcPr>
    </w:tblStylePr>
    <w:tblStylePr w:type="band1Vert">
      <w:tblPr/>
      <w:tcPr>
        <w:shd w:val="clear" w:color="auto" w:fill="9EDAF4" w:themeFill="accent4" w:themeFillTint="7F"/>
      </w:tcPr>
    </w:tblStylePr>
    <w:tblStylePr w:type="band1Horz">
      <w:tblPr/>
      <w:tcPr>
        <w:shd w:val="clear" w:color="auto" w:fill="9EDAF4" w:themeFill="accent4" w:themeFillTint="7F"/>
      </w:tcPr>
    </w:tblStylePr>
  </w:style>
  <w:style w:type="table" w:styleId="ColourfulGridAccent5">
    <w:name w:val="Colorful Grid Accent 5"/>
    <w:basedOn w:val="TableNormal"/>
    <w:uiPriority w:val="73"/>
    <w:rsid w:val="00CB0664"/>
    <w:pPr>
      <w:spacing w:after="0" w:line="240" w:lineRule="auto"/>
    </w:pPr>
    <w:rPr>
      <w:color w:val="262626" w:themeColor="text1"/>
    </w:rPr>
    <w:tblPr>
      <w:tblStyleRowBandSize w:val="1"/>
      <w:tblStyleColBandSize w:val="1"/>
      <w:tblBorders>
        <w:insideH w:val="single" w:sz="4" w:space="0" w:color="FFFFFF" w:themeColor="background1"/>
      </w:tblBorders>
    </w:tblPr>
    <w:tcPr>
      <w:shd w:val="clear" w:color="auto" w:fill="DBDBDA" w:themeFill="accent5" w:themeFillTint="33"/>
    </w:tcPr>
    <w:tblStylePr w:type="firstRow">
      <w:rPr>
        <w:b/>
        <w:bCs/>
      </w:rPr>
      <w:tblPr/>
      <w:tcPr>
        <w:shd w:val="clear" w:color="auto" w:fill="B6B6B5" w:themeFill="accent5" w:themeFillTint="66"/>
      </w:tcPr>
    </w:tblStylePr>
    <w:tblStylePr w:type="lastRow">
      <w:rPr>
        <w:b/>
        <w:bCs/>
        <w:color w:val="262626" w:themeColor="text1"/>
      </w:rPr>
      <w:tblPr/>
      <w:tcPr>
        <w:shd w:val="clear" w:color="auto" w:fill="B6B6B5" w:themeFill="accent5" w:themeFillTint="66"/>
      </w:tcPr>
    </w:tblStylePr>
    <w:tblStylePr w:type="firstCol">
      <w:rPr>
        <w:color w:val="FFFFFF" w:themeColor="background1"/>
      </w:rPr>
      <w:tblPr/>
      <w:tcPr>
        <w:shd w:val="clear" w:color="auto" w:fill="373736" w:themeFill="accent5" w:themeFillShade="BF"/>
      </w:tcPr>
    </w:tblStylePr>
    <w:tblStylePr w:type="lastCol">
      <w:rPr>
        <w:color w:val="FFFFFF" w:themeColor="background1"/>
      </w:rPr>
      <w:tblPr/>
      <w:tcPr>
        <w:shd w:val="clear" w:color="auto" w:fill="373736" w:themeFill="accent5" w:themeFillShade="BF"/>
      </w:tcPr>
    </w:tblStylePr>
    <w:tblStylePr w:type="band1Vert">
      <w:tblPr/>
      <w:tcPr>
        <w:shd w:val="clear" w:color="auto" w:fill="A5A5A3" w:themeFill="accent5" w:themeFillTint="7F"/>
      </w:tcPr>
    </w:tblStylePr>
    <w:tblStylePr w:type="band1Horz">
      <w:tblPr/>
      <w:tcPr>
        <w:shd w:val="clear" w:color="auto" w:fill="A5A5A3" w:themeFill="accent5" w:themeFillTint="7F"/>
      </w:tcPr>
    </w:tblStylePr>
  </w:style>
  <w:style w:type="table" w:styleId="ColourfulGridAccent6">
    <w:name w:val="Colorful Grid Accent 6"/>
    <w:basedOn w:val="TableNormal"/>
    <w:uiPriority w:val="73"/>
    <w:rsid w:val="00CB0664"/>
    <w:pPr>
      <w:spacing w:after="0" w:line="240" w:lineRule="auto"/>
    </w:pPr>
    <w:rPr>
      <w:color w:val="262626" w:themeColor="text1"/>
    </w:rPr>
    <w:tblPr>
      <w:tblStyleRowBandSize w:val="1"/>
      <w:tblStyleColBandSize w:val="1"/>
      <w:tblBorders>
        <w:insideH w:val="single" w:sz="4" w:space="0" w:color="FFFFFF" w:themeColor="background1"/>
      </w:tblBorders>
    </w:tblPr>
    <w:tcPr>
      <w:shd w:val="clear" w:color="auto" w:fill="E1F4DF" w:themeFill="accent6" w:themeFillTint="33"/>
    </w:tcPr>
    <w:tblStylePr w:type="firstRow">
      <w:rPr>
        <w:b/>
        <w:bCs/>
      </w:rPr>
      <w:tblPr/>
      <w:tcPr>
        <w:shd w:val="clear" w:color="auto" w:fill="C4E9C0" w:themeFill="accent6" w:themeFillTint="66"/>
      </w:tcPr>
    </w:tblStylePr>
    <w:tblStylePr w:type="lastRow">
      <w:rPr>
        <w:b/>
        <w:bCs/>
        <w:color w:val="262626" w:themeColor="text1"/>
      </w:rPr>
      <w:tblPr/>
      <w:tcPr>
        <w:shd w:val="clear" w:color="auto" w:fill="C4E9C0" w:themeFill="accent6" w:themeFillTint="66"/>
      </w:tcPr>
    </w:tblStylePr>
    <w:tblStylePr w:type="firstCol">
      <w:rPr>
        <w:color w:val="FFFFFF" w:themeColor="background1"/>
      </w:rPr>
      <w:tblPr/>
      <w:tcPr>
        <w:shd w:val="clear" w:color="auto" w:fill="44A839" w:themeFill="accent6" w:themeFillShade="BF"/>
      </w:tcPr>
    </w:tblStylePr>
    <w:tblStylePr w:type="lastCol">
      <w:rPr>
        <w:color w:val="FFFFFF" w:themeColor="background1"/>
      </w:rPr>
      <w:tblPr/>
      <w:tcPr>
        <w:shd w:val="clear" w:color="auto" w:fill="44A839" w:themeFill="accent6" w:themeFillShade="BF"/>
      </w:tcPr>
    </w:tblStylePr>
    <w:tblStylePr w:type="band1Vert">
      <w:tblPr/>
      <w:tcPr>
        <w:shd w:val="clear" w:color="auto" w:fill="B6E4B1" w:themeFill="accent6" w:themeFillTint="7F"/>
      </w:tcPr>
    </w:tblStylePr>
    <w:tblStylePr w:type="band1Horz">
      <w:tblPr/>
      <w:tcPr>
        <w:shd w:val="clear" w:color="auto" w:fill="B6E4B1" w:themeFill="accent6" w:themeFillTint="7F"/>
      </w:tcPr>
    </w:tblStylePr>
  </w:style>
  <w:style w:type="paragraph" w:customStyle="1" w:styleId="Question">
    <w:name w:val="Question"/>
    <w:rPr>
      <w:rFonts w:ascii="Arial" w:hAnsi="Arial"/>
      <w:b/>
      <w:color w:val="22222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HG">
      <a:dk1>
        <a:srgbClr val="262626"/>
      </a:dk1>
      <a:lt1>
        <a:srgbClr val="FFFFFF"/>
      </a:lt1>
      <a:dk2>
        <a:srgbClr val="3F3F3F"/>
      </a:dk2>
      <a:lt2>
        <a:srgbClr val="F2F2F2"/>
      </a:lt2>
      <a:accent1>
        <a:srgbClr val="409C36"/>
      </a:accent1>
      <a:accent2>
        <a:srgbClr val="E67309"/>
      </a:accent2>
      <a:accent3>
        <a:srgbClr val="EFCB37"/>
      </a:accent3>
      <a:accent4>
        <a:srgbClr val="3EB6E9"/>
      </a:accent4>
      <a:accent5>
        <a:srgbClr val="4A4A49"/>
      </a:accent5>
      <a:accent6>
        <a:srgbClr val="6ECA64"/>
      </a:accent6>
      <a:hlink>
        <a:srgbClr val="3EB6E9"/>
      </a:hlink>
      <a:folHlink>
        <a:srgbClr val="0D527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External Organisation Application - Small grants up to £1500: Love Where You Live (LWYL)</dc:title>
  <dc:subject>Fillable Microsoft Word application form</dc:subject>
  <dc:creator>Notting Hill Genesis</dc:creator>
  <cp:keywords/>
  <dc:description>Recreated as a fillable Word form from the supplied Microsoft Forms PDF.</dc:description>
  <cp:lastModifiedBy>Umang Jeshani</cp:lastModifiedBy>
  <cp:revision>4</cp:revision>
  <dcterms:created xsi:type="dcterms:W3CDTF">2026-08-11T11:10:00Z</dcterms:created>
  <dcterms:modified xsi:type="dcterms:W3CDTF">2026-08-11T12:10:00Z</dcterms:modified>
  <cp:category/>
</cp:coreProperties>
</file>