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D5A1" w14:textId="082BD8CC" w:rsidR="00AD0899" w:rsidRPr="00642F33" w:rsidRDefault="00687751">
      <w:pPr>
        <w:pStyle w:val="Heading1"/>
        <w:rPr>
          <w:rFonts w:ascii="Arial Nova" w:hAnsi="Arial Nova"/>
          <w:color w:val="auto"/>
        </w:rPr>
      </w:pPr>
      <w:r w:rsidRPr="00687751">
        <w:rPr>
          <w:rFonts w:ascii="Arial Nova" w:hAnsi="Arial Nova"/>
          <w:color w:val="auto"/>
        </w:rPr>
        <w:t>Water/</w:t>
      </w:r>
      <w:r>
        <w:rPr>
          <w:rFonts w:ascii="Arial Nova" w:hAnsi="Arial Nova"/>
          <w:color w:val="auto"/>
        </w:rPr>
        <w:t>U</w:t>
      </w:r>
      <w:r w:rsidRPr="00687751">
        <w:rPr>
          <w:rFonts w:ascii="Arial Nova" w:hAnsi="Arial Nova"/>
          <w:color w:val="auto"/>
        </w:rPr>
        <w:t>tility request letter</w:t>
      </w:r>
    </w:p>
    <w:p w14:paraId="44141EFB" w14:textId="77777777" w:rsidR="00642F33" w:rsidRDefault="00642F33">
      <w:pPr>
        <w:rPr>
          <w:rFonts w:ascii="Arial Nova" w:hAnsi="Arial Nova"/>
        </w:rPr>
      </w:pPr>
    </w:p>
    <w:p w14:paraId="09603A36" w14:textId="2745C9D9" w:rsidR="00AD0899" w:rsidRPr="00642F33" w:rsidRDefault="00F96651">
      <w:pPr>
        <w:rPr>
          <w:rFonts w:ascii="Arial Nova" w:hAnsi="Arial Nova"/>
        </w:rPr>
      </w:pPr>
      <w:r w:rsidRPr="00642F33">
        <w:rPr>
          <w:rFonts w:ascii="Arial Nova" w:hAnsi="Arial Nova"/>
        </w:rPr>
        <w:t>Dear Sir/Madam,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</w:rPr>
        <w:br/>
        <w:t>I am writing to inform you that I have been temporarily forced to leave my home due to unforeseen structural issues that have made the property unsafe to occupy. As a result, there has been no water</w:t>
      </w:r>
      <w:r w:rsidR="00687751">
        <w:rPr>
          <w:rFonts w:ascii="Arial Nova" w:hAnsi="Arial Nova"/>
        </w:rPr>
        <w:t>/utility</w:t>
      </w:r>
      <w:r w:rsidRPr="00642F33">
        <w:rPr>
          <w:rFonts w:ascii="Arial Nova" w:hAnsi="Arial Nova"/>
        </w:rPr>
        <w:t xml:space="preserve"> usage at the property since my relocation.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  <w:b/>
          <w:bCs/>
        </w:rPr>
        <w:t>Date of Non-Occupation:</w:t>
      </w:r>
      <w:r w:rsidRPr="00642F33">
        <w:rPr>
          <w:rFonts w:ascii="Arial Nova" w:hAnsi="Arial Nova"/>
          <w:b/>
          <w:bCs/>
        </w:rPr>
        <w:br/>
      </w:r>
      <w:r w:rsidRPr="00642F33">
        <w:rPr>
          <w:rFonts w:ascii="Arial Nova" w:hAnsi="Arial Nova"/>
        </w:rPr>
        <w:t>I left the property on [</w:t>
      </w:r>
      <w:r w:rsidRPr="00642F33">
        <w:rPr>
          <w:rFonts w:ascii="Arial Nova" w:hAnsi="Arial Nova"/>
          <w:highlight w:val="yellow"/>
        </w:rPr>
        <w:t>insert date you left</w:t>
      </w:r>
      <w:r w:rsidRPr="00642F33">
        <w:rPr>
          <w:rFonts w:ascii="Arial Nova" w:hAnsi="Arial Nova"/>
        </w:rPr>
        <w:t xml:space="preserve">], and I will remain displaced until the necessary structural works are completed. During this period, the property is entirely </w:t>
      </w:r>
      <w:proofErr w:type="gramStart"/>
      <w:r w:rsidRPr="00642F33">
        <w:rPr>
          <w:rFonts w:ascii="Arial Nova" w:hAnsi="Arial Nova"/>
        </w:rPr>
        <w:t>unoccupied</w:t>
      </w:r>
      <w:proofErr w:type="gramEnd"/>
      <w:r w:rsidRPr="00642F33">
        <w:rPr>
          <w:rFonts w:ascii="Arial Nova" w:hAnsi="Arial Nova"/>
        </w:rPr>
        <w:t xml:space="preserve"> and no water</w:t>
      </w:r>
      <w:r w:rsidR="00D42066">
        <w:rPr>
          <w:rFonts w:ascii="Arial Nova" w:hAnsi="Arial Nova"/>
        </w:rPr>
        <w:t>/</w:t>
      </w:r>
      <w:r w:rsidR="00D42066" w:rsidRPr="00D42066">
        <w:rPr>
          <w:rFonts w:ascii="Arial Nova" w:hAnsi="Arial Nova"/>
        </w:rPr>
        <w:t>utility</w:t>
      </w:r>
      <w:r w:rsidRPr="00642F33">
        <w:rPr>
          <w:rFonts w:ascii="Arial Nova" w:hAnsi="Arial Nova"/>
        </w:rPr>
        <w:t xml:space="preserve"> is being consumed.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</w:rPr>
        <w:br/>
        <w:t>In view of this, I kindly request that my water</w:t>
      </w:r>
      <w:r w:rsidR="00687751">
        <w:rPr>
          <w:rFonts w:ascii="Arial Nova" w:hAnsi="Arial Nova"/>
        </w:rPr>
        <w:t>/utility</w:t>
      </w:r>
      <w:r w:rsidRPr="00642F33">
        <w:rPr>
          <w:rFonts w:ascii="Arial Nova" w:hAnsi="Arial Nova"/>
        </w:rPr>
        <w:t xml:space="preserve"> bills reflect standing charges only for the duration that the property remains unoccupied. Please ensure that no usage</w:t>
      </w:r>
      <w:r w:rsidRPr="00642F33">
        <w:rPr>
          <w:rFonts w:ascii="Cambria Math" w:hAnsi="Cambria Math" w:cs="Cambria Math"/>
        </w:rPr>
        <w:t>‑</w:t>
      </w:r>
      <w:r w:rsidRPr="00642F33">
        <w:rPr>
          <w:rFonts w:ascii="Arial Nova" w:hAnsi="Arial Nova"/>
        </w:rPr>
        <w:t xml:space="preserve">related charges are applied from </w:t>
      </w:r>
      <w:r w:rsidRPr="00642F33">
        <w:rPr>
          <w:rFonts w:ascii="Arial Nova" w:hAnsi="Arial Nova"/>
          <w:highlight w:val="yellow"/>
        </w:rPr>
        <w:t>[insert start date]</w:t>
      </w:r>
      <w:r w:rsidRPr="00642F33">
        <w:rPr>
          <w:rFonts w:ascii="Arial Nova" w:hAnsi="Arial Nova"/>
        </w:rPr>
        <w:t xml:space="preserve"> until I </w:t>
      </w:r>
      <w:proofErr w:type="gramStart"/>
      <w:r w:rsidRPr="00642F33">
        <w:rPr>
          <w:rFonts w:ascii="Arial Nova" w:hAnsi="Arial Nova"/>
        </w:rPr>
        <w:t>am able to</w:t>
      </w:r>
      <w:proofErr w:type="gramEnd"/>
      <w:r w:rsidRPr="00642F33">
        <w:rPr>
          <w:rFonts w:ascii="Arial Nova" w:hAnsi="Arial Nova"/>
        </w:rPr>
        <w:t xml:space="preserve"> safely return.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  <w:b/>
          <w:bCs/>
        </w:rPr>
        <w:t>Important:</w:t>
      </w:r>
      <w:r w:rsidRPr="00642F33">
        <w:rPr>
          <w:rFonts w:ascii="Arial Nova" w:hAnsi="Arial Nova"/>
        </w:rPr>
        <w:t xml:space="preserve"> Please note that I am not requesting that my account or water</w:t>
      </w:r>
      <w:r w:rsidR="00687751">
        <w:rPr>
          <w:rFonts w:ascii="Arial Nova" w:hAnsi="Arial Nova"/>
        </w:rPr>
        <w:t>/utility</w:t>
      </w:r>
      <w:r w:rsidRPr="00642F33">
        <w:rPr>
          <w:rFonts w:ascii="Arial Nova" w:hAnsi="Arial Nova"/>
        </w:rPr>
        <w:t xml:space="preserve"> supply be closed. I am only requesting that billing reflects standing charges during the period of non</w:t>
      </w:r>
      <w:r w:rsidRPr="00642F33">
        <w:rPr>
          <w:rFonts w:ascii="Cambria Math" w:hAnsi="Cambria Math" w:cs="Cambria Math"/>
        </w:rPr>
        <w:t>‑</w:t>
      </w:r>
      <w:r w:rsidRPr="00642F33">
        <w:rPr>
          <w:rFonts w:ascii="Arial Nova" w:hAnsi="Arial Nova"/>
        </w:rPr>
        <w:t>occupation.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</w:rPr>
        <w:br/>
        <w:t>If you require any further information or confirmation, I will be happy to provide it.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</w:rPr>
        <w:br/>
        <w:t>Yours faithfully,</w:t>
      </w:r>
      <w:r w:rsidRPr="00642F33">
        <w:rPr>
          <w:rFonts w:ascii="Arial Nova" w:hAnsi="Arial Nova"/>
        </w:rPr>
        <w:br/>
      </w:r>
      <w:r w:rsidRPr="00642F33">
        <w:rPr>
          <w:rFonts w:ascii="Arial Nova" w:hAnsi="Arial Nova"/>
          <w:highlight w:val="yellow"/>
        </w:rPr>
        <w:t>[Your Name]</w:t>
      </w:r>
      <w:r w:rsidRPr="00642F33">
        <w:rPr>
          <w:rFonts w:ascii="Arial Nova" w:hAnsi="Arial Nova"/>
          <w:highlight w:val="yellow"/>
        </w:rPr>
        <w:br/>
        <w:t>[Supply Address]</w:t>
      </w:r>
      <w:r w:rsidRPr="00642F33">
        <w:rPr>
          <w:rFonts w:ascii="Arial Nova" w:hAnsi="Arial Nova"/>
          <w:highlight w:val="yellow"/>
        </w:rPr>
        <w:br/>
        <w:t>[Account Number]</w:t>
      </w:r>
      <w:r w:rsidRPr="00642F33">
        <w:rPr>
          <w:rFonts w:ascii="Arial Nova" w:hAnsi="Arial Nova"/>
        </w:rPr>
        <w:br/>
      </w:r>
    </w:p>
    <w:sectPr w:rsidR="00AD0899" w:rsidRPr="00642F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0807056">
    <w:abstractNumId w:val="6"/>
  </w:num>
  <w:num w:numId="2" w16cid:durableId="1384525639">
    <w:abstractNumId w:val="0"/>
  </w:num>
  <w:num w:numId="3" w16cid:durableId="1492522520">
    <w:abstractNumId w:val="3"/>
  </w:num>
  <w:num w:numId="4" w16cid:durableId="1777863627">
    <w:abstractNumId w:val="8"/>
  </w:num>
  <w:num w:numId="5" w16cid:durableId="1830562796">
    <w:abstractNumId w:val="7"/>
  </w:num>
  <w:num w:numId="6" w16cid:durableId="1832942678">
    <w:abstractNumId w:val="1"/>
  </w:num>
  <w:num w:numId="7" w16cid:durableId="1958221287">
    <w:abstractNumId w:val="4"/>
  </w:num>
  <w:num w:numId="8" w16cid:durableId="328993725">
    <w:abstractNumId w:val="2"/>
  </w:num>
  <w:num w:numId="9" w16cid:durableId="760680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0C3A"/>
    <w:rsid w:val="003230FC"/>
    <w:rsid w:val="00326F90"/>
    <w:rsid w:val="003450F6"/>
    <w:rsid w:val="003C7606"/>
    <w:rsid w:val="006219C7"/>
    <w:rsid w:val="00642F33"/>
    <w:rsid w:val="00687751"/>
    <w:rsid w:val="00746BDB"/>
    <w:rsid w:val="007533C5"/>
    <w:rsid w:val="00897769"/>
    <w:rsid w:val="009C3A32"/>
    <w:rsid w:val="00A50FFE"/>
    <w:rsid w:val="00AA1D8D"/>
    <w:rsid w:val="00AD0899"/>
    <w:rsid w:val="00B47730"/>
    <w:rsid w:val="00C367A0"/>
    <w:rsid w:val="00CB0664"/>
    <w:rsid w:val="00D42066"/>
    <w:rsid w:val="00E5042D"/>
    <w:rsid w:val="00E8798D"/>
    <w:rsid w:val="00F96651"/>
    <w:rsid w:val="00FC693F"/>
    <w:rsid w:val="00FD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30EC6D"/>
  <w14:defaultImageDpi w14:val="300"/>
  <w15:docId w15:val="{15ADB0C3-C4F4-49A3-90DB-A40FAC74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7606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0e9cd3f-0137-4ce5-9fa3-2952af1fe24a}" enabled="1" method="Standard" siteId="{5e66e4c4-c0f1-4c5c-a3e7-775eb7b4878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951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Emma Edwards</cp:lastModifiedBy>
  <cp:revision>12</cp:revision>
  <dcterms:created xsi:type="dcterms:W3CDTF">2026-10-01T05:41:00Z</dcterms:created>
  <dcterms:modified xsi:type="dcterms:W3CDTF">2026-10-01T16:27:00Z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109f6b25-7cb2-420d-a400-c47db633f806</vt:lpwstr>
  </property>
</Properties>
</file>